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494"/>
        <w:gridCol w:w="4762"/>
        <w:gridCol w:w="3402"/>
      </w:tblGrid>
      <w:tr w:rsidR="0012709F" w:rsidRPr="00E62188" w14:paraId="273B9A47" w14:textId="77777777">
        <w:trPr>
          <w:jc w:val="center"/>
        </w:trPr>
        <w:tc>
          <w:tcPr>
            <w:tcW w:w="2494" w:type="dxa"/>
            <w:tcBorders>
              <w:top w:val="nil"/>
              <w:left w:val="nil"/>
              <w:bottom w:val="nil"/>
              <w:right w:val="nil"/>
            </w:tcBorders>
            <w:tcMar>
              <w:top w:w="20" w:type="dxa"/>
              <w:left w:w="20" w:type="dxa"/>
              <w:bottom w:w="20" w:type="dxa"/>
              <w:right w:w="20" w:type="dxa"/>
            </w:tcMar>
            <w:vAlign w:val="center"/>
          </w:tcPr>
          <w:p w14:paraId="672A6659" w14:textId="77777777" w:rsidR="0012709F" w:rsidRDefault="005B3E4C">
            <w:pPr>
              <w:jc w:val="center"/>
            </w:pPr>
            <w:r>
              <w:rPr>
                <w:noProof/>
              </w:rPr>
              <w:drawing>
                <wp:inline distT="0" distB="0" distL="0" distR="0" wp14:anchorId="6771C200" wp14:editId="07777777">
                  <wp:extent cx="1224000" cy="565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ppa_logo_crop.png"/>
                          <pic:cNvPicPr/>
                        </pic:nvPicPr>
                        <pic:blipFill>
                          <a:blip r:embed="rId6"/>
                          <a:stretch>
                            <a:fillRect/>
                          </a:stretch>
                        </pic:blipFill>
                        <pic:spPr>
                          <a:xfrm>
                            <a:off x="0" y="0"/>
                            <a:ext cx="1224000" cy="565430"/>
                          </a:xfrm>
                          <a:prstGeom prst="rect">
                            <a:avLst/>
                          </a:prstGeom>
                        </pic:spPr>
                      </pic:pic>
                    </a:graphicData>
                  </a:graphic>
                </wp:inline>
              </w:drawing>
            </w:r>
          </w:p>
        </w:tc>
        <w:tc>
          <w:tcPr>
            <w:tcW w:w="4762" w:type="dxa"/>
            <w:tcBorders>
              <w:top w:val="nil"/>
              <w:left w:val="nil"/>
              <w:bottom w:val="nil"/>
              <w:right w:val="nil"/>
            </w:tcBorders>
            <w:tcMar>
              <w:top w:w="20" w:type="dxa"/>
              <w:left w:w="20" w:type="dxa"/>
              <w:bottom w:w="20" w:type="dxa"/>
              <w:right w:w="20" w:type="dxa"/>
            </w:tcMar>
            <w:vAlign w:val="center"/>
          </w:tcPr>
          <w:p w14:paraId="72273328" w14:textId="77777777" w:rsidR="0012709F" w:rsidRDefault="005B3E4C">
            <w:r w:rsidRPr="00BB2CF7">
              <w:rPr>
                <w:b/>
                <w:sz w:val="17"/>
                <w:lang w:val="it-IT"/>
              </w:rPr>
              <w:t>Via Trento 90</w:t>
            </w:r>
            <w:r w:rsidRPr="00BB2CF7">
              <w:rPr>
                <w:lang w:val="it-IT"/>
              </w:rPr>
              <w:br/>
            </w:r>
            <w:r w:rsidRPr="00BB2CF7">
              <w:rPr>
                <w:b/>
                <w:sz w:val="17"/>
                <w:lang w:val="it-IT"/>
              </w:rPr>
              <w:t>38017 Mezzolombardo (TN)</w:t>
            </w:r>
            <w:r w:rsidRPr="00BB2CF7">
              <w:rPr>
                <w:lang w:val="it-IT"/>
              </w:rPr>
              <w:br/>
            </w:r>
            <w:r w:rsidRPr="00BB2CF7">
              <w:rPr>
                <w:b/>
                <w:sz w:val="17"/>
                <w:lang w:val="it-IT"/>
              </w:rPr>
              <w:t xml:space="preserve">Tel. </w:t>
            </w:r>
            <w:r>
              <w:rPr>
                <w:b/>
                <w:sz w:val="17"/>
              </w:rPr>
              <w:t>+39 0461 604 161</w:t>
            </w:r>
            <w:r>
              <w:br/>
            </w:r>
            <w:r>
              <w:rPr>
                <w:b/>
                <w:sz w:val="17"/>
              </w:rPr>
              <w:t>fish@foppa.com</w:t>
            </w:r>
          </w:p>
        </w:tc>
        <w:tc>
          <w:tcPr>
            <w:tcW w:w="3402" w:type="dxa"/>
            <w:tcBorders>
              <w:top w:val="nil"/>
              <w:left w:val="nil"/>
              <w:bottom w:val="nil"/>
              <w:right w:val="nil"/>
            </w:tcBorders>
            <w:shd w:val="clear" w:color="auto" w:fill="E9ECF5"/>
            <w:tcMar>
              <w:top w:w="150" w:type="dxa"/>
              <w:left w:w="180" w:type="dxa"/>
              <w:bottom w:w="120" w:type="dxa"/>
              <w:right w:w="180" w:type="dxa"/>
            </w:tcMar>
            <w:vAlign w:val="center"/>
          </w:tcPr>
          <w:p w14:paraId="6422759E" w14:textId="77777777" w:rsidR="00906F74" w:rsidRDefault="00906F74" w:rsidP="00906F74">
            <w:pPr>
              <w:rPr>
                <w:b/>
                <w:lang w:val="it-IT"/>
              </w:rPr>
            </w:pPr>
            <w:r w:rsidRPr="00E62188">
              <w:rPr>
                <w:b/>
                <w:lang w:val="it-IT"/>
              </w:rPr>
              <w:t xml:space="preserve">SALMONE NORVEGIA FILETTO </w:t>
            </w:r>
          </w:p>
          <w:p w14:paraId="6E1BDF11" w14:textId="415E9261" w:rsidR="00906F74" w:rsidRPr="00E62188" w:rsidRDefault="00906F74" w:rsidP="00906F74">
            <w:pPr>
              <w:rPr>
                <w:b/>
                <w:lang w:val="it-IT"/>
              </w:rPr>
            </w:pPr>
            <w:r w:rsidRPr="00E62188">
              <w:rPr>
                <w:b/>
                <w:lang w:val="it-IT"/>
              </w:rPr>
              <w:t>2x 120-160g 'FOPPA-FISH'</w:t>
            </w:r>
          </w:p>
          <w:p w14:paraId="40AB1D1D" w14:textId="77777777" w:rsidR="00906F74" w:rsidRDefault="00906F74" w:rsidP="00906F74">
            <w:pPr>
              <w:rPr>
                <w:b/>
                <w:lang w:val="de-DE"/>
              </w:rPr>
            </w:pPr>
            <w:r w:rsidRPr="00282128">
              <w:rPr>
                <w:b/>
                <w:lang w:val="de-DE"/>
              </w:rPr>
              <w:t xml:space="preserve">LACHSFILET NORWEGEN </w:t>
            </w:r>
          </w:p>
          <w:p w14:paraId="313E8904" w14:textId="1A1592ED" w:rsidR="00282128" w:rsidRDefault="00906F74" w:rsidP="00906F74">
            <w:pPr>
              <w:rPr>
                <w:b/>
                <w:lang w:val="de-DE"/>
              </w:rPr>
            </w:pPr>
            <w:r w:rsidRPr="00282128">
              <w:rPr>
                <w:b/>
                <w:lang w:val="de-DE"/>
              </w:rPr>
              <w:t>2x 120-160g 'FOPPA-FISH'</w:t>
            </w:r>
          </w:p>
          <w:p w14:paraId="6D514D75" w14:textId="77777777" w:rsidR="009861A5" w:rsidRPr="00282128" w:rsidRDefault="009861A5" w:rsidP="00906F74">
            <w:pPr>
              <w:rPr>
                <w:b/>
                <w:lang w:val="de-DE"/>
              </w:rPr>
            </w:pPr>
          </w:p>
          <w:p w14:paraId="64CDBC0A" w14:textId="5EECD018" w:rsidR="0012709F" w:rsidRPr="00E62188" w:rsidRDefault="00906F74" w:rsidP="00906F74">
            <w:r w:rsidRPr="00E62188">
              <w:rPr>
                <w:b/>
              </w:rPr>
              <w:t>Cod./Art. FF03F          EAN 2773018</w:t>
            </w:r>
          </w:p>
        </w:tc>
      </w:tr>
    </w:tbl>
    <w:p w14:paraId="0A37501D" w14:textId="77777777" w:rsidR="0012709F" w:rsidRPr="00E62188" w:rsidRDefault="0012709F"/>
    <w:tbl>
      <w:tblPr>
        <w:tblW w:w="10830" w:type="dxa"/>
        <w:jc w:val="center"/>
        <w:tblLayout w:type="fixed"/>
        <w:tblLook w:val="04A0" w:firstRow="1" w:lastRow="0" w:firstColumn="1" w:lastColumn="0" w:noHBand="0" w:noVBand="1"/>
      </w:tblPr>
      <w:tblGrid>
        <w:gridCol w:w="7813"/>
        <w:gridCol w:w="3017"/>
      </w:tblGrid>
      <w:tr w:rsidR="0012709F" w14:paraId="7C87120A" w14:textId="77777777" w:rsidTr="006871C6">
        <w:trPr>
          <w:trHeight w:val="3876"/>
          <w:jc w:val="center"/>
        </w:trPr>
        <w:tc>
          <w:tcPr>
            <w:tcW w:w="7813" w:type="dxa"/>
            <w:tcBorders>
              <w:top w:val="nil"/>
              <w:left w:val="nil"/>
              <w:bottom w:val="nil"/>
              <w:right w:val="nil"/>
            </w:tcBorders>
            <w:tcMar>
              <w:top w:w="0" w:type="dxa"/>
              <w:left w:w="0" w:type="dxa"/>
              <w:bottom w:w="0" w:type="dxa"/>
              <w:right w:w="0" w:type="dxa"/>
            </w:tcMar>
          </w:tcPr>
          <w:p w14:paraId="5DAB6C7B" w14:textId="77777777" w:rsidR="0012709F" w:rsidRPr="00282128" w:rsidRDefault="0012709F">
            <w:pPr>
              <w:rPr>
                <w:lang w:val="it-IT"/>
              </w:rPr>
            </w:pPr>
          </w:p>
          <w:tbl>
            <w:tblPr>
              <w:tblW w:w="0" w:type="auto"/>
              <w:tblLook w:val="04A0" w:firstRow="1" w:lastRow="0" w:firstColumn="1" w:lastColumn="0" w:noHBand="0" w:noVBand="1"/>
            </w:tblPr>
            <w:tblGrid>
              <w:gridCol w:w="7257"/>
            </w:tblGrid>
            <w:tr w:rsidR="0012709F" w:rsidRPr="00E9136B" w14:paraId="6DE5968D" w14:textId="77777777">
              <w:tc>
                <w:tcPr>
                  <w:tcW w:w="7257" w:type="dxa"/>
                  <w:tcBorders>
                    <w:top w:val="nil"/>
                    <w:left w:val="nil"/>
                    <w:bottom w:val="nil"/>
                    <w:right w:val="nil"/>
                  </w:tcBorders>
                  <w:shd w:val="clear" w:color="auto" w:fill="E9ECF5"/>
                  <w:tcMar>
                    <w:top w:w="18" w:type="dxa"/>
                    <w:left w:w="40" w:type="dxa"/>
                    <w:bottom w:w="18" w:type="dxa"/>
                    <w:right w:w="40" w:type="dxa"/>
                  </w:tcMar>
                </w:tcPr>
                <w:p w14:paraId="2192CA61" w14:textId="77777777" w:rsidR="0012709F" w:rsidRPr="00BB2CF7" w:rsidRDefault="005B3E4C">
                  <w:pPr>
                    <w:rPr>
                      <w:lang w:val="it-IT"/>
                    </w:rPr>
                  </w:pPr>
                  <w:r w:rsidRPr="00BB2CF7">
                    <w:rPr>
                      <w:b/>
                      <w:sz w:val="17"/>
                      <w:lang w:val="it-IT"/>
                    </w:rPr>
                    <w:t>DESCRIZIONE PRODOTTO / PRODUKTBESCHREIBUNG</w:t>
                  </w:r>
                </w:p>
              </w:tc>
            </w:tr>
          </w:tbl>
          <w:p w14:paraId="7778C0C0" w14:textId="0FB634FF" w:rsidR="00B24906" w:rsidRDefault="00906F74" w:rsidP="00906F74">
            <w:pPr>
              <w:rPr>
                <w:lang w:val="it-IT"/>
              </w:rPr>
            </w:pPr>
            <w:r w:rsidRPr="00906F74">
              <w:rPr>
                <w:lang w:val="it-IT"/>
              </w:rPr>
              <w:t xml:space="preserve">Il salmone (Salmo salar) proviene </w:t>
            </w:r>
            <w:r w:rsidR="00B24906">
              <w:rPr>
                <w:lang w:val="it-IT"/>
              </w:rPr>
              <w:t>da allevamenti in Norvegia</w:t>
            </w:r>
            <w:r w:rsidRPr="00906F74">
              <w:rPr>
                <w:lang w:val="it-IT"/>
              </w:rPr>
              <w:t xml:space="preserve">. Il </w:t>
            </w:r>
            <w:r w:rsidR="00B24906">
              <w:rPr>
                <w:lang w:val="it-IT"/>
              </w:rPr>
              <w:t>filetto da 120-160g</w:t>
            </w:r>
            <w:r w:rsidRPr="00906F74">
              <w:rPr>
                <w:lang w:val="it-IT"/>
              </w:rPr>
              <w:t xml:space="preserve"> si presenta privo di deformazioni e corpi estranei, con consistenza soda e compatta, </w:t>
            </w:r>
            <w:r w:rsidR="00B24906">
              <w:rPr>
                <w:lang w:val="it-IT"/>
              </w:rPr>
              <w:t xml:space="preserve">di </w:t>
            </w:r>
            <w:r w:rsidRPr="00906F74">
              <w:rPr>
                <w:lang w:val="it-IT"/>
              </w:rPr>
              <w:t>colore rosa, odore fresco e intenso</w:t>
            </w:r>
            <w:r w:rsidR="00B24906">
              <w:rPr>
                <w:lang w:val="it-IT"/>
              </w:rPr>
              <w:t xml:space="preserve"> (</w:t>
            </w:r>
            <w:r w:rsidRPr="00906F74">
              <w:rPr>
                <w:lang w:val="it-IT"/>
              </w:rPr>
              <w:t>tipico della specie</w:t>
            </w:r>
            <w:r w:rsidR="00B24906">
              <w:rPr>
                <w:lang w:val="it-IT"/>
              </w:rPr>
              <w:t>)</w:t>
            </w:r>
            <w:r w:rsidRPr="00906F74">
              <w:rPr>
                <w:lang w:val="it-IT"/>
              </w:rPr>
              <w:t xml:space="preserve"> e sapore caratteristico. </w:t>
            </w:r>
            <w:r w:rsidR="00B24906" w:rsidRPr="00B24906">
              <w:rPr>
                <w:lang w:val="it-IT"/>
              </w:rPr>
              <w:t>Il pesce viene filettato e confezionato in skin di cartone da 12x34 cm, con un rivestimento in cryovac.</w:t>
            </w:r>
          </w:p>
          <w:p w14:paraId="61754497" w14:textId="77777777" w:rsidR="00B24906" w:rsidRDefault="00B24906" w:rsidP="00906F74">
            <w:pPr>
              <w:rPr>
                <w:lang w:val="it-IT"/>
              </w:rPr>
            </w:pPr>
          </w:p>
          <w:p w14:paraId="2C340DFE" w14:textId="2C8E9CA4" w:rsidR="00906F74" w:rsidRDefault="00B24906" w:rsidP="00906F74">
            <w:pPr>
              <w:rPr>
                <w:lang w:val="de-DE"/>
              </w:rPr>
            </w:pPr>
            <w:r w:rsidRPr="00B24906">
              <w:rPr>
                <w:lang w:val="de-DE"/>
              </w:rPr>
              <w:t>Der Lachs (Salmo salar) stammt aus Aquakulturen in Norwegen. Das Filet mit einem Gewicht von 120–160 g weist keine Verformungen oder Fremdkörper auf und zeichnet sich durch eine feste und kompakte Konsistenz, eine rosa Farbe, einen frischen und intensiven Geruch (typisch für die Art) sowie einen charakteristischen Geschmack aus. Der Fisch wird filetiert und in einer 12 × 34 cm großen Kartonschale verpackt und mit einer Cryovac-Skinverpackung versehen.</w:t>
            </w:r>
          </w:p>
          <w:p w14:paraId="29EEEA42" w14:textId="77777777" w:rsidR="00B24906" w:rsidRPr="00906F74" w:rsidRDefault="00B24906" w:rsidP="00906F74">
            <w:pPr>
              <w:rPr>
                <w:lang w:val="de-DE"/>
              </w:rPr>
            </w:pPr>
          </w:p>
          <w:tbl>
            <w:tblPr>
              <w:tblW w:w="0" w:type="auto"/>
              <w:tblLook w:val="04A0" w:firstRow="1" w:lastRow="0" w:firstColumn="1" w:lastColumn="0" w:noHBand="0" w:noVBand="1"/>
            </w:tblPr>
            <w:tblGrid>
              <w:gridCol w:w="7257"/>
            </w:tblGrid>
            <w:tr w:rsidR="0012709F" w:rsidRPr="00E9136B" w14:paraId="3DD94B79" w14:textId="77777777">
              <w:tc>
                <w:tcPr>
                  <w:tcW w:w="7257" w:type="dxa"/>
                  <w:tcBorders>
                    <w:top w:val="nil"/>
                    <w:left w:val="nil"/>
                    <w:bottom w:val="nil"/>
                    <w:right w:val="nil"/>
                  </w:tcBorders>
                  <w:shd w:val="clear" w:color="auto" w:fill="E9ECF5"/>
                  <w:tcMar>
                    <w:top w:w="18" w:type="dxa"/>
                    <w:left w:w="40" w:type="dxa"/>
                    <w:bottom w:w="18" w:type="dxa"/>
                    <w:right w:w="40" w:type="dxa"/>
                  </w:tcMar>
                </w:tcPr>
                <w:p w14:paraId="749246E3" w14:textId="77777777" w:rsidR="0012709F" w:rsidRPr="00906F74" w:rsidRDefault="005B3E4C">
                  <w:pPr>
                    <w:rPr>
                      <w:lang w:val="it-IT"/>
                    </w:rPr>
                  </w:pPr>
                  <w:r w:rsidRPr="00906F74">
                    <w:rPr>
                      <w:b/>
                      <w:sz w:val="17"/>
                      <w:lang w:val="it-IT"/>
                    </w:rPr>
                    <w:t>INFORMAZIONI / INFORMATIONEN</w:t>
                  </w:r>
                </w:p>
              </w:tc>
            </w:tr>
          </w:tbl>
          <w:p w14:paraId="5393E27A" w14:textId="77777777" w:rsidR="00B24906" w:rsidRPr="00B24906" w:rsidRDefault="00B24906" w:rsidP="00B24906">
            <w:pPr>
              <w:spacing w:line="250" w:lineRule="auto"/>
              <w:rPr>
                <w:rFonts w:cs="Arial"/>
                <w:szCs w:val="16"/>
                <w:lang w:val="it-IT"/>
              </w:rPr>
            </w:pPr>
            <w:r w:rsidRPr="00B24906">
              <w:rPr>
                <w:rFonts w:cs="Arial"/>
                <w:szCs w:val="16"/>
                <w:lang w:val="it-IT"/>
              </w:rPr>
              <w:t>Puo’ contenere Crostacei e Molluschi. Da consumarsi entro 48 ore dall’apertura della confezione.</w:t>
            </w:r>
          </w:p>
          <w:p w14:paraId="6B643B7C" w14:textId="77777777" w:rsidR="00B24906" w:rsidRPr="00B24906" w:rsidRDefault="00B24906" w:rsidP="00B24906">
            <w:pPr>
              <w:spacing w:line="250" w:lineRule="auto"/>
              <w:rPr>
                <w:rFonts w:cs="Arial"/>
                <w:szCs w:val="16"/>
                <w:lang w:val="it-IT"/>
              </w:rPr>
            </w:pPr>
          </w:p>
          <w:p w14:paraId="7478AFA7" w14:textId="7F4AE3BA" w:rsidR="0012709F" w:rsidRPr="00B24906" w:rsidRDefault="00B24906" w:rsidP="00B24906">
            <w:pPr>
              <w:spacing w:line="250" w:lineRule="auto"/>
              <w:rPr>
                <w:lang w:val="de-DE"/>
              </w:rPr>
            </w:pPr>
            <w:r w:rsidRPr="00B24906">
              <w:rPr>
                <w:rFonts w:cs="Arial"/>
                <w:szCs w:val="16"/>
                <w:lang w:val="de-DE"/>
              </w:rPr>
              <w:t>Kann Spuren von Krebstieren und Weichtieren enthalten. Nach dem Öffnen der Verpackung innerhalb von 48 Stunden zu verbrauchen.</w:t>
            </w:r>
          </w:p>
        </w:tc>
        <w:tc>
          <w:tcPr>
            <w:tcW w:w="3017" w:type="dxa"/>
            <w:tcBorders>
              <w:top w:val="nil"/>
              <w:left w:val="nil"/>
              <w:bottom w:val="nil"/>
              <w:right w:val="nil"/>
            </w:tcBorders>
            <w:tcMar>
              <w:top w:w="0" w:type="dxa"/>
              <w:left w:w="0" w:type="dxa"/>
              <w:bottom w:w="0" w:type="dxa"/>
              <w:right w:w="0" w:type="dxa"/>
            </w:tcMar>
          </w:tcPr>
          <w:p w14:paraId="5A39BBE3" w14:textId="49579E3E" w:rsidR="0012709F" w:rsidRDefault="00906F74">
            <w:pPr>
              <w:jc w:val="center"/>
            </w:pPr>
            <w:r>
              <w:rPr>
                <w:noProof/>
              </w:rPr>
              <w:drawing>
                <wp:inline distT="0" distB="0" distL="0" distR="0" wp14:anchorId="56CD71FD" wp14:editId="6DFFC3BD">
                  <wp:extent cx="1329055" cy="1762125"/>
                  <wp:effectExtent l="0" t="0" r="4445" b="9525"/>
                  <wp:docPr id="5645490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9055" cy="1762125"/>
                          </a:xfrm>
                          <a:prstGeom prst="rect">
                            <a:avLst/>
                          </a:prstGeom>
                          <a:noFill/>
                        </pic:spPr>
                      </pic:pic>
                    </a:graphicData>
                  </a:graphic>
                </wp:inline>
              </w:drawing>
            </w:r>
          </w:p>
        </w:tc>
      </w:tr>
    </w:tbl>
    <w:p w14:paraId="41C8F396" w14:textId="77777777" w:rsidR="0012709F" w:rsidRDefault="0012709F">
      <w:pPr>
        <w:spacing w:after="40"/>
      </w:pPr>
    </w:p>
    <w:tbl>
      <w:tblPr>
        <w:tblW w:w="11133" w:type="dxa"/>
        <w:jc w:val="center"/>
        <w:tblLayout w:type="fixed"/>
        <w:tblLook w:val="04A0" w:firstRow="1" w:lastRow="0" w:firstColumn="1" w:lastColumn="0" w:noHBand="0" w:noVBand="1"/>
      </w:tblPr>
      <w:tblGrid>
        <w:gridCol w:w="6693"/>
        <w:gridCol w:w="2247"/>
        <w:gridCol w:w="2193"/>
      </w:tblGrid>
      <w:tr w:rsidR="0012709F" w:rsidRPr="00E9136B" w14:paraId="4F1DE9D0" w14:textId="77777777" w:rsidTr="00B24906">
        <w:trPr>
          <w:trHeight w:val="567"/>
          <w:jc w:val="center"/>
        </w:trPr>
        <w:tc>
          <w:tcPr>
            <w:tcW w:w="6693" w:type="dxa"/>
            <w:tcBorders>
              <w:top w:val="single" w:sz="4" w:space="0" w:color="666666"/>
              <w:left w:val="single" w:sz="4" w:space="0" w:color="666666"/>
              <w:bottom w:val="single" w:sz="4" w:space="0" w:color="666666"/>
              <w:right w:val="single" w:sz="4" w:space="0" w:color="666666"/>
            </w:tcBorders>
            <w:shd w:val="clear" w:color="auto" w:fill="E9ECF5"/>
            <w:tcMar>
              <w:top w:w="55" w:type="dxa"/>
              <w:left w:w="70" w:type="dxa"/>
              <w:bottom w:w="55" w:type="dxa"/>
              <w:right w:w="70" w:type="dxa"/>
            </w:tcMar>
            <w:vAlign w:val="center"/>
          </w:tcPr>
          <w:p w14:paraId="0E10DF51" w14:textId="77777777" w:rsidR="0012709F" w:rsidRDefault="005B3E4C">
            <w:r>
              <w:rPr>
                <w:b/>
                <w:sz w:val="14"/>
              </w:rPr>
              <w:t>ALLERGENI / ALLERGENE</w:t>
            </w:r>
          </w:p>
        </w:tc>
        <w:tc>
          <w:tcPr>
            <w:tcW w:w="2247" w:type="dxa"/>
            <w:tcBorders>
              <w:top w:val="single" w:sz="4" w:space="0" w:color="666666"/>
              <w:left w:val="single" w:sz="4" w:space="0" w:color="666666"/>
              <w:bottom w:val="single" w:sz="4" w:space="0" w:color="666666"/>
              <w:right w:val="single" w:sz="4" w:space="0" w:color="666666"/>
            </w:tcBorders>
            <w:shd w:val="clear" w:color="auto" w:fill="E9ECF5"/>
            <w:tcMar>
              <w:top w:w="55" w:type="dxa"/>
              <w:left w:w="70" w:type="dxa"/>
              <w:bottom w:w="55" w:type="dxa"/>
              <w:right w:w="70" w:type="dxa"/>
            </w:tcMar>
            <w:vAlign w:val="center"/>
          </w:tcPr>
          <w:p w14:paraId="22863796" w14:textId="77777777" w:rsidR="0012709F" w:rsidRDefault="005B3E4C">
            <w:pPr>
              <w:jc w:val="center"/>
            </w:pPr>
            <w:r>
              <w:rPr>
                <w:b/>
                <w:sz w:val="14"/>
              </w:rPr>
              <w:t>Presenza allergeni /</w:t>
            </w:r>
            <w:r>
              <w:rPr>
                <w:b/>
                <w:sz w:val="14"/>
              </w:rPr>
              <w:br/>
              <w:t>Intentional addition</w:t>
            </w:r>
          </w:p>
        </w:tc>
        <w:tc>
          <w:tcPr>
            <w:tcW w:w="2193" w:type="dxa"/>
            <w:tcBorders>
              <w:top w:val="single" w:sz="4" w:space="0" w:color="666666"/>
              <w:left w:val="single" w:sz="4" w:space="0" w:color="666666"/>
              <w:bottom w:val="single" w:sz="4" w:space="0" w:color="666666"/>
              <w:right w:val="single" w:sz="4" w:space="0" w:color="666666"/>
            </w:tcBorders>
            <w:shd w:val="clear" w:color="auto" w:fill="E9ECF5"/>
            <w:tcMar>
              <w:top w:w="55" w:type="dxa"/>
              <w:left w:w="70" w:type="dxa"/>
              <w:bottom w:w="55" w:type="dxa"/>
              <w:right w:w="70" w:type="dxa"/>
            </w:tcMar>
            <w:vAlign w:val="center"/>
          </w:tcPr>
          <w:p w14:paraId="744B643F" w14:textId="77777777" w:rsidR="0012709F" w:rsidRPr="00BB2CF7" w:rsidRDefault="005B3E4C">
            <w:pPr>
              <w:jc w:val="center"/>
              <w:rPr>
                <w:lang w:val="it-IT"/>
              </w:rPr>
            </w:pPr>
            <w:r w:rsidRPr="00BB2CF7">
              <w:rPr>
                <w:b/>
                <w:sz w:val="14"/>
                <w:lang w:val="it-IT"/>
              </w:rPr>
              <w:t>Possibile contaminazione crociata / Mögliche</w:t>
            </w:r>
            <w:r w:rsidRPr="00BB2CF7">
              <w:rPr>
                <w:b/>
                <w:sz w:val="14"/>
                <w:lang w:val="it-IT"/>
              </w:rPr>
              <w:br/>
              <w:t>Kreuzkontamination</w:t>
            </w:r>
          </w:p>
        </w:tc>
      </w:tr>
      <w:tr w:rsidR="0012709F" w14:paraId="53010C4E" w14:textId="77777777" w:rsidTr="00B24906">
        <w:trPr>
          <w:trHeight w:val="17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34188DE" w14:textId="77777777" w:rsidR="0012709F" w:rsidRPr="00BB2CF7" w:rsidRDefault="005B3E4C">
            <w:pPr>
              <w:rPr>
                <w:lang w:val="de-DE"/>
              </w:rPr>
            </w:pPr>
            <w:r w:rsidRPr="00BB2CF7">
              <w:rPr>
                <w:sz w:val="13"/>
                <w:lang w:val="de-DE"/>
              </w:rPr>
              <w:t>Cereali o derivati contenenti glutine / Getreide oder daraus gewonnene Produkte, die Gluten enthalten</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4C3C872"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16BC1C0" w14:textId="77777777" w:rsidR="0012709F" w:rsidRDefault="005B3E4C">
            <w:pPr>
              <w:jc w:val="center"/>
            </w:pPr>
            <w:r>
              <w:rPr>
                <w:sz w:val="13"/>
              </w:rPr>
              <w:t>NO / NEIN</w:t>
            </w:r>
          </w:p>
        </w:tc>
      </w:tr>
      <w:tr w:rsidR="0012709F" w14:paraId="1776F0C8" w14:textId="77777777" w:rsidTr="00B24906">
        <w:trPr>
          <w:trHeight w:val="17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61152F4" w14:textId="77777777" w:rsidR="0012709F" w:rsidRPr="00BB2CF7" w:rsidRDefault="005B3E4C">
            <w:pPr>
              <w:rPr>
                <w:lang w:val="de-DE"/>
              </w:rPr>
            </w:pPr>
            <w:r w:rsidRPr="00BB2CF7">
              <w:rPr>
                <w:sz w:val="13"/>
                <w:lang w:val="de-DE"/>
              </w:rPr>
              <w:t>Crostacei e derivati / Krebstiere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7216ABF"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B6586C6" w14:textId="543BE73B" w:rsidR="0012709F" w:rsidRDefault="5191EB12" w:rsidP="2F4228AE">
            <w:pPr>
              <w:jc w:val="center"/>
            </w:pPr>
            <w:r w:rsidRPr="2F4228AE">
              <w:rPr>
                <w:rFonts w:cs="Arial"/>
                <w:sz w:val="13"/>
                <w:szCs w:val="13"/>
              </w:rPr>
              <w:t>SI / JA</w:t>
            </w:r>
          </w:p>
        </w:tc>
      </w:tr>
      <w:tr w:rsidR="0012709F" w14:paraId="0D6E4809" w14:textId="77777777" w:rsidTr="00B24906">
        <w:trPr>
          <w:trHeight w:val="16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FDC2142" w14:textId="77777777" w:rsidR="0012709F" w:rsidRPr="00BB2CF7" w:rsidRDefault="005B3E4C">
            <w:pPr>
              <w:rPr>
                <w:lang w:val="de-DE"/>
              </w:rPr>
            </w:pPr>
            <w:r w:rsidRPr="00BB2CF7">
              <w:rPr>
                <w:sz w:val="13"/>
                <w:lang w:val="de-DE"/>
              </w:rPr>
              <w:t>Uova e derivati / Eier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BCEF19F"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AF717B0" w14:textId="77777777" w:rsidR="0012709F" w:rsidRDefault="005B3E4C">
            <w:pPr>
              <w:jc w:val="center"/>
            </w:pPr>
            <w:r>
              <w:rPr>
                <w:sz w:val="13"/>
              </w:rPr>
              <w:t>NO / NEIN</w:t>
            </w:r>
          </w:p>
        </w:tc>
      </w:tr>
      <w:tr w:rsidR="0012709F" w14:paraId="6027C4E4" w14:textId="77777777" w:rsidTr="00B24906">
        <w:trPr>
          <w:trHeight w:val="17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A31EE96" w14:textId="77777777" w:rsidR="0012709F" w:rsidRPr="00BB2CF7" w:rsidRDefault="005B3E4C">
            <w:pPr>
              <w:rPr>
                <w:lang w:val="de-DE"/>
              </w:rPr>
            </w:pPr>
            <w:r w:rsidRPr="00BB2CF7">
              <w:rPr>
                <w:sz w:val="13"/>
                <w:lang w:val="de-DE"/>
              </w:rPr>
              <w:t>Pesce e derivati / Fisch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88F7412" w14:textId="77777777" w:rsidR="0012709F" w:rsidRDefault="005B3E4C">
            <w:pPr>
              <w:jc w:val="center"/>
            </w:pPr>
            <w:r>
              <w:rPr>
                <w:sz w:val="13"/>
              </w:rPr>
              <w:t>SI / JA</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3FA0F0F" w14:textId="77777777" w:rsidR="0012709F" w:rsidRDefault="005B3E4C">
            <w:pPr>
              <w:jc w:val="center"/>
            </w:pPr>
            <w:r>
              <w:rPr>
                <w:sz w:val="13"/>
              </w:rPr>
              <w:t>NO / NEIN</w:t>
            </w:r>
          </w:p>
        </w:tc>
      </w:tr>
      <w:tr w:rsidR="0012709F" w14:paraId="28374538" w14:textId="77777777" w:rsidTr="00B24906">
        <w:trPr>
          <w:trHeight w:val="17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5740242" w14:textId="77777777" w:rsidR="0012709F" w:rsidRPr="00BB2CF7" w:rsidRDefault="005B3E4C">
            <w:pPr>
              <w:rPr>
                <w:lang w:val="de-DE"/>
              </w:rPr>
            </w:pPr>
            <w:r w:rsidRPr="00BB2CF7">
              <w:rPr>
                <w:sz w:val="13"/>
                <w:lang w:val="de-DE"/>
              </w:rPr>
              <w:t>Arachidi e derivati / Erdnüsse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FA930ED"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9D8B810" w14:textId="77777777" w:rsidR="0012709F" w:rsidRDefault="005B3E4C">
            <w:pPr>
              <w:jc w:val="center"/>
            </w:pPr>
            <w:r>
              <w:rPr>
                <w:sz w:val="13"/>
              </w:rPr>
              <w:t>NO / NEIN</w:t>
            </w:r>
          </w:p>
        </w:tc>
      </w:tr>
      <w:tr w:rsidR="0012709F" w14:paraId="3C0D01B0" w14:textId="77777777" w:rsidTr="00B24906">
        <w:trPr>
          <w:trHeight w:val="16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0EDA99A" w14:textId="77777777" w:rsidR="0012709F" w:rsidRPr="00BB2CF7" w:rsidRDefault="005B3E4C">
            <w:pPr>
              <w:rPr>
                <w:lang w:val="de-DE"/>
              </w:rPr>
            </w:pPr>
            <w:r w:rsidRPr="00BB2CF7">
              <w:rPr>
                <w:sz w:val="13"/>
                <w:lang w:val="de-DE"/>
              </w:rPr>
              <w:t>Soia e derivati / Sojabohnen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F7362C8"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DEBB56B" w14:textId="77777777" w:rsidR="0012709F" w:rsidRDefault="005B3E4C">
            <w:pPr>
              <w:jc w:val="center"/>
            </w:pPr>
            <w:r>
              <w:rPr>
                <w:sz w:val="13"/>
              </w:rPr>
              <w:t>NO / NEIN</w:t>
            </w:r>
          </w:p>
        </w:tc>
      </w:tr>
      <w:tr w:rsidR="0012709F" w14:paraId="41566F93" w14:textId="77777777" w:rsidTr="00B24906">
        <w:trPr>
          <w:trHeight w:val="17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369FD97" w14:textId="77777777" w:rsidR="0012709F" w:rsidRPr="00BB2CF7" w:rsidRDefault="005B3E4C">
            <w:pPr>
              <w:rPr>
                <w:lang w:val="de-DE"/>
              </w:rPr>
            </w:pPr>
            <w:r w:rsidRPr="00BB2CF7">
              <w:rPr>
                <w:sz w:val="13"/>
                <w:lang w:val="de-DE"/>
              </w:rPr>
              <w:t>Latte e derivati incluso il lattosio / Milch und daraus gewonnene Erzeugnisse (auch Laktose)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E407790"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C79954E" w14:textId="77777777" w:rsidR="0012709F" w:rsidRDefault="005B3E4C">
            <w:pPr>
              <w:jc w:val="center"/>
            </w:pPr>
            <w:r>
              <w:rPr>
                <w:sz w:val="13"/>
              </w:rPr>
              <w:t>NO / NEIN</w:t>
            </w:r>
          </w:p>
        </w:tc>
      </w:tr>
      <w:tr w:rsidR="0012709F" w14:paraId="5635C1BD" w14:textId="77777777" w:rsidTr="00B24906">
        <w:trPr>
          <w:trHeight w:val="17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E1D5042" w14:textId="77777777" w:rsidR="0012709F" w:rsidRPr="00BB2CF7" w:rsidRDefault="005B3E4C">
            <w:pPr>
              <w:rPr>
                <w:lang w:val="de-DE"/>
              </w:rPr>
            </w:pPr>
            <w:r w:rsidRPr="00BB2CF7">
              <w:rPr>
                <w:sz w:val="13"/>
                <w:lang w:val="de-DE"/>
              </w:rPr>
              <w:t>Frutta a guscio (es. noci) e derivati / Schalenfrüchte (Nüsse)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686A572"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A8E2134" w14:textId="77777777" w:rsidR="0012709F" w:rsidRDefault="005B3E4C">
            <w:pPr>
              <w:jc w:val="center"/>
            </w:pPr>
            <w:r>
              <w:rPr>
                <w:sz w:val="13"/>
              </w:rPr>
              <w:t>NO / NEIN</w:t>
            </w:r>
          </w:p>
        </w:tc>
      </w:tr>
      <w:tr w:rsidR="0012709F" w14:paraId="5A54E2F3" w14:textId="77777777" w:rsidTr="00B24906">
        <w:trPr>
          <w:trHeight w:val="16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1D61AEF" w14:textId="77777777" w:rsidR="0012709F" w:rsidRPr="00BB2CF7" w:rsidRDefault="005B3E4C">
            <w:pPr>
              <w:rPr>
                <w:lang w:val="de-DE"/>
              </w:rPr>
            </w:pPr>
            <w:r w:rsidRPr="00BB2CF7">
              <w:rPr>
                <w:sz w:val="13"/>
                <w:lang w:val="de-DE"/>
              </w:rPr>
              <w:t>Sedano e derivati / Sellerie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C8B6AE3"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A1F176D" w14:textId="77777777" w:rsidR="0012709F" w:rsidRDefault="005B3E4C">
            <w:pPr>
              <w:jc w:val="center"/>
            </w:pPr>
            <w:r>
              <w:rPr>
                <w:sz w:val="13"/>
              </w:rPr>
              <w:t>NO / NEIN</w:t>
            </w:r>
          </w:p>
        </w:tc>
      </w:tr>
      <w:tr w:rsidR="0012709F" w14:paraId="0385EB87" w14:textId="77777777" w:rsidTr="00B24906">
        <w:trPr>
          <w:trHeight w:val="17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16939E6" w14:textId="77777777" w:rsidR="0012709F" w:rsidRPr="00BB2CF7" w:rsidRDefault="005B3E4C">
            <w:pPr>
              <w:rPr>
                <w:lang w:val="de-DE"/>
              </w:rPr>
            </w:pPr>
            <w:r w:rsidRPr="00BB2CF7">
              <w:rPr>
                <w:sz w:val="13"/>
                <w:lang w:val="de-DE"/>
              </w:rPr>
              <w:t>Senape e derivati / Senf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813B3E3"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99F479A" w14:textId="77777777" w:rsidR="0012709F" w:rsidRDefault="005B3E4C">
            <w:pPr>
              <w:jc w:val="center"/>
            </w:pPr>
            <w:r>
              <w:rPr>
                <w:sz w:val="13"/>
              </w:rPr>
              <w:t>NO / NEIN</w:t>
            </w:r>
          </w:p>
        </w:tc>
      </w:tr>
      <w:tr w:rsidR="0012709F" w14:paraId="00159BD6" w14:textId="77777777" w:rsidTr="00B24906">
        <w:trPr>
          <w:trHeight w:val="17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8919DBE" w14:textId="77777777" w:rsidR="0012709F" w:rsidRPr="00BB2CF7" w:rsidRDefault="005B3E4C">
            <w:pPr>
              <w:rPr>
                <w:lang w:val="de-DE"/>
              </w:rPr>
            </w:pPr>
            <w:r w:rsidRPr="00BB2CF7">
              <w:rPr>
                <w:sz w:val="13"/>
                <w:lang w:val="de-DE"/>
              </w:rPr>
              <w:t>Semi di sesamo e derivati / Sesamsamen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A89016A"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30A7BAF" w14:textId="77777777" w:rsidR="0012709F" w:rsidRDefault="005B3E4C">
            <w:pPr>
              <w:jc w:val="center"/>
            </w:pPr>
            <w:r>
              <w:rPr>
                <w:sz w:val="13"/>
              </w:rPr>
              <w:t>NO / NEIN</w:t>
            </w:r>
          </w:p>
        </w:tc>
      </w:tr>
      <w:tr w:rsidR="0012709F" w14:paraId="5D5B2956" w14:textId="77777777" w:rsidTr="00B24906">
        <w:trPr>
          <w:trHeight w:val="344"/>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6CCA2C4" w14:textId="78C399C7" w:rsidR="0012709F" w:rsidRDefault="005B3E4C">
            <w:r>
              <w:rPr>
                <w:sz w:val="13"/>
              </w:rPr>
              <w:t xml:space="preserve">Anidride solforosa e solfiti in concentrazione maggiore di 10 mg/kg oppure 10 mg/l dichiarati come </w:t>
            </w:r>
            <w:r w:rsidR="00B24906" w:rsidRPr="00B24906">
              <w:rPr>
                <w:sz w:val="13"/>
              </w:rPr>
              <w:t>SO</w:t>
            </w:r>
            <w:r w:rsidR="00B24906" w:rsidRPr="00B24906">
              <w:rPr>
                <w:rFonts w:ascii="Cambria Math" w:hAnsi="Cambria Math" w:cs="Cambria Math"/>
                <w:sz w:val="13"/>
              </w:rPr>
              <w:t>₂</w:t>
            </w:r>
            <w:r w:rsidR="00B24906" w:rsidRPr="00B24906">
              <w:rPr>
                <w:sz w:val="13"/>
              </w:rPr>
              <w:t xml:space="preserve"> </w:t>
            </w:r>
            <w:r>
              <w:rPr>
                <w:sz w:val="13"/>
              </w:rPr>
              <w:t xml:space="preserve">/ Schwefeldioxid und Sulfite mit einer Konzentration von mehr als 10 mg/kg oder 10 mg/l, bezeichnet als </w:t>
            </w:r>
            <w:r w:rsidR="00B24906" w:rsidRPr="00C026D4">
              <w:rPr>
                <w:sz w:val="13"/>
              </w:rPr>
              <w:t>SO</w:t>
            </w:r>
            <w:r w:rsidR="00B24906" w:rsidRPr="00C026D4">
              <w:rPr>
                <w:rFonts w:ascii="Cambria Math" w:hAnsi="Cambria Math" w:cs="Cambria Math"/>
                <w:sz w:val="13"/>
              </w:rPr>
              <w:t>₂</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B7D2F96"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E3C6E49" w14:textId="77777777" w:rsidR="0012709F" w:rsidRDefault="005B3E4C">
            <w:pPr>
              <w:jc w:val="center"/>
            </w:pPr>
            <w:r>
              <w:rPr>
                <w:sz w:val="13"/>
              </w:rPr>
              <w:t>NO / NEIN</w:t>
            </w:r>
          </w:p>
        </w:tc>
      </w:tr>
      <w:tr w:rsidR="0012709F" w14:paraId="0F4F3140" w14:textId="77777777" w:rsidTr="00B24906">
        <w:trPr>
          <w:trHeight w:val="17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4E68321" w14:textId="77777777" w:rsidR="0012709F" w:rsidRDefault="005B3E4C">
            <w:r>
              <w:rPr>
                <w:sz w:val="13"/>
              </w:rPr>
              <w:t>Lupino e prodotti a base di lupino / Lupinen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83ABF35"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FD8AFA8" w14:textId="77777777" w:rsidR="0012709F" w:rsidRDefault="005B3E4C">
            <w:pPr>
              <w:jc w:val="center"/>
            </w:pPr>
            <w:r>
              <w:rPr>
                <w:sz w:val="13"/>
              </w:rPr>
              <w:t>NO / NEIN</w:t>
            </w:r>
          </w:p>
        </w:tc>
      </w:tr>
      <w:tr w:rsidR="0012709F" w14:paraId="229CD18E" w14:textId="77777777" w:rsidTr="00B24906">
        <w:trPr>
          <w:trHeight w:val="166"/>
          <w:jc w:val="center"/>
        </w:trPr>
        <w:tc>
          <w:tcPr>
            <w:tcW w:w="66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2ADC766" w14:textId="77777777" w:rsidR="0012709F" w:rsidRDefault="005B3E4C">
            <w:r>
              <w:rPr>
                <w:sz w:val="13"/>
              </w:rPr>
              <w:t>Molluschi e prodotti a base di molluschi / Weichtiere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D520FE2" w14:textId="77777777" w:rsidR="0012709F" w:rsidRDefault="005B3E4C">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1708425" w14:textId="36489525" w:rsidR="0012709F" w:rsidRDefault="4606C52F" w:rsidP="2F4228AE">
            <w:pPr>
              <w:jc w:val="center"/>
            </w:pPr>
            <w:r w:rsidRPr="2F4228AE">
              <w:rPr>
                <w:rFonts w:cs="Arial"/>
                <w:sz w:val="13"/>
                <w:szCs w:val="13"/>
              </w:rPr>
              <w:t>SI / JA</w:t>
            </w:r>
          </w:p>
        </w:tc>
      </w:tr>
    </w:tbl>
    <w:p w14:paraId="72A3D3EC" w14:textId="77777777" w:rsidR="0012709F" w:rsidRDefault="0012709F">
      <w:pPr>
        <w:spacing w:after="40"/>
      </w:pPr>
    </w:p>
    <w:tbl>
      <w:tblPr>
        <w:tblW w:w="11213" w:type="dxa"/>
        <w:jc w:val="center"/>
        <w:tblLayout w:type="fixed"/>
        <w:tblLook w:val="04A0" w:firstRow="1" w:lastRow="0" w:firstColumn="1" w:lastColumn="0" w:noHBand="0" w:noVBand="1"/>
      </w:tblPr>
      <w:tblGrid>
        <w:gridCol w:w="6740"/>
        <w:gridCol w:w="2264"/>
        <w:gridCol w:w="2209"/>
      </w:tblGrid>
      <w:tr w:rsidR="0012709F" w14:paraId="7DF52AD9" w14:textId="77777777" w:rsidTr="00BF7B87">
        <w:trPr>
          <w:trHeight w:val="412"/>
          <w:jc w:val="center"/>
        </w:trPr>
        <w:tc>
          <w:tcPr>
            <w:tcW w:w="6740" w:type="dxa"/>
            <w:tcBorders>
              <w:top w:val="single" w:sz="4" w:space="0" w:color="666666"/>
              <w:left w:val="single" w:sz="4" w:space="0" w:color="666666"/>
              <w:bottom w:val="single" w:sz="4" w:space="0" w:color="666666"/>
              <w:right w:val="single" w:sz="4" w:space="0" w:color="666666"/>
            </w:tcBorders>
            <w:shd w:val="clear" w:color="auto" w:fill="E9ECF5"/>
            <w:tcMar>
              <w:top w:w="45" w:type="dxa"/>
              <w:left w:w="60" w:type="dxa"/>
              <w:bottom w:w="45" w:type="dxa"/>
              <w:right w:w="60" w:type="dxa"/>
            </w:tcMar>
          </w:tcPr>
          <w:p w14:paraId="5A477A99" w14:textId="35B12915" w:rsidR="0012709F" w:rsidRPr="00B24906" w:rsidRDefault="005B3E4C">
            <w:pPr>
              <w:rPr>
                <w:lang w:val="it-IT"/>
              </w:rPr>
            </w:pPr>
            <w:r w:rsidRPr="00B24906">
              <w:rPr>
                <w:b/>
                <w:sz w:val="14"/>
                <w:lang w:val="it-IT"/>
              </w:rPr>
              <w:t>VALORI MICROBIOLOGICI E CHIMICI</w:t>
            </w:r>
            <w:r w:rsidR="00B24906" w:rsidRPr="00B24906">
              <w:rPr>
                <w:b/>
                <w:sz w:val="14"/>
                <w:lang w:val="it-IT"/>
              </w:rPr>
              <w:t xml:space="preserve"> INTERNI</w:t>
            </w:r>
            <w:r w:rsidRPr="00B24906">
              <w:rPr>
                <w:b/>
                <w:sz w:val="14"/>
                <w:lang w:val="it-IT"/>
              </w:rPr>
              <w:t xml:space="preserve"> /</w:t>
            </w:r>
            <w:r w:rsidRPr="00B24906">
              <w:rPr>
                <w:b/>
                <w:sz w:val="14"/>
                <w:lang w:val="it-IT"/>
              </w:rPr>
              <w:br/>
            </w:r>
            <w:r w:rsidR="00B24906">
              <w:rPr>
                <w:b/>
                <w:sz w:val="14"/>
                <w:lang w:val="it-IT"/>
              </w:rPr>
              <w:t xml:space="preserve">INTERNE </w:t>
            </w:r>
            <w:r w:rsidRPr="00B24906">
              <w:rPr>
                <w:b/>
                <w:sz w:val="14"/>
                <w:lang w:val="it-IT"/>
              </w:rPr>
              <w:t>MIKROBIOLOGISCHE UND CHEMISCHE WERTE</w:t>
            </w:r>
          </w:p>
        </w:tc>
        <w:tc>
          <w:tcPr>
            <w:tcW w:w="2264" w:type="dxa"/>
            <w:tcBorders>
              <w:top w:val="single" w:sz="4" w:space="0" w:color="666666"/>
              <w:left w:val="single" w:sz="4" w:space="0" w:color="666666"/>
              <w:bottom w:val="single" w:sz="4" w:space="0" w:color="666666"/>
              <w:right w:val="single" w:sz="4" w:space="0" w:color="666666"/>
            </w:tcBorders>
            <w:shd w:val="clear" w:color="auto" w:fill="E9ECF5"/>
            <w:tcMar>
              <w:top w:w="45" w:type="dxa"/>
              <w:left w:w="60" w:type="dxa"/>
              <w:bottom w:w="45" w:type="dxa"/>
              <w:right w:w="60" w:type="dxa"/>
            </w:tcMar>
          </w:tcPr>
          <w:p w14:paraId="26E57419" w14:textId="77777777" w:rsidR="0012709F" w:rsidRDefault="005B3E4C">
            <w:pPr>
              <w:jc w:val="center"/>
            </w:pPr>
            <w:r>
              <w:rPr>
                <w:b/>
                <w:sz w:val="14"/>
              </w:rPr>
              <w:t>Unità di misura /</w:t>
            </w:r>
            <w:r>
              <w:rPr>
                <w:b/>
                <w:sz w:val="14"/>
              </w:rPr>
              <w:br/>
              <w:t>Masseinheit</w:t>
            </w:r>
          </w:p>
        </w:tc>
        <w:tc>
          <w:tcPr>
            <w:tcW w:w="2209" w:type="dxa"/>
            <w:tcBorders>
              <w:top w:val="single" w:sz="4" w:space="0" w:color="666666"/>
              <w:left w:val="single" w:sz="4" w:space="0" w:color="666666"/>
              <w:bottom w:val="single" w:sz="4" w:space="0" w:color="666666"/>
              <w:right w:val="single" w:sz="4" w:space="0" w:color="666666"/>
            </w:tcBorders>
            <w:shd w:val="clear" w:color="auto" w:fill="E9ECF5"/>
            <w:tcMar>
              <w:top w:w="45" w:type="dxa"/>
              <w:left w:w="60" w:type="dxa"/>
              <w:bottom w:w="45" w:type="dxa"/>
              <w:right w:w="60" w:type="dxa"/>
            </w:tcMar>
          </w:tcPr>
          <w:p w14:paraId="2AED3BE7" w14:textId="77777777" w:rsidR="0012709F" w:rsidRDefault="005B3E4C">
            <w:pPr>
              <w:jc w:val="center"/>
            </w:pPr>
            <w:r>
              <w:rPr>
                <w:b/>
                <w:sz w:val="14"/>
              </w:rPr>
              <w:t>Valori /</w:t>
            </w:r>
            <w:r>
              <w:rPr>
                <w:b/>
                <w:sz w:val="14"/>
              </w:rPr>
              <w:br/>
              <w:t>Werte</w:t>
            </w:r>
          </w:p>
        </w:tc>
      </w:tr>
      <w:tr w:rsidR="0012709F" w14:paraId="6C8568A6"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0AD8539" w14:textId="77777777" w:rsidR="0012709F" w:rsidRPr="00BB2CF7" w:rsidRDefault="005B3E4C">
            <w:pPr>
              <w:rPr>
                <w:lang w:val="it-IT"/>
              </w:rPr>
            </w:pPr>
            <w:r w:rsidRPr="00BB2CF7">
              <w:rPr>
                <w:sz w:val="13"/>
                <w:lang w:val="it-IT"/>
              </w:rPr>
              <w:t>Stafilococchi coag. + / Koagulase-positive Staphylokokken</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0B79BF1" w14:textId="77777777" w:rsidR="0012709F" w:rsidRDefault="005B3E4C">
            <w:pPr>
              <w:jc w:val="center"/>
            </w:pPr>
            <w:r>
              <w:rPr>
                <w:sz w:val="13"/>
              </w:rPr>
              <w:t>UFC/g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D089A9F" w14:textId="77777777" w:rsidR="0012709F" w:rsidRDefault="005B3E4C">
            <w:pPr>
              <w:jc w:val="center"/>
            </w:pPr>
            <w:r>
              <w:rPr>
                <w:sz w:val="13"/>
              </w:rPr>
              <w:t>&lt; 10²</w:t>
            </w:r>
          </w:p>
        </w:tc>
      </w:tr>
      <w:tr w:rsidR="0012709F" w14:paraId="33DD193E"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DB312AE" w14:textId="77777777" w:rsidR="0012709F" w:rsidRPr="00BB2CF7" w:rsidRDefault="005B3E4C">
            <w:pPr>
              <w:rPr>
                <w:lang w:val="it-IT"/>
              </w:rPr>
            </w:pPr>
            <w:r w:rsidRPr="00BB2CF7">
              <w:rPr>
                <w:sz w:val="13"/>
                <w:lang w:val="it-IT"/>
              </w:rPr>
              <w:t xml:space="preserve">Escherichia Coli / E. coli </w:t>
            </w:r>
            <w:r>
              <w:rPr>
                <w:sz w:val="13"/>
              </w:rPr>
              <w:t>β</w:t>
            </w:r>
            <w:r w:rsidRPr="00BB2CF7">
              <w:rPr>
                <w:sz w:val="13"/>
                <w:lang w:val="it-IT"/>
              </w:rPr>
              <w:t>-glucuronidasi +</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4BF5401" w14:textId="77777777" w:rsidR="0012709F" w:rsidRDefault="005B3E4C">
            <w:pPr>
              <w:jc w:val="center"/>
            </w:pPr>
            <w:r>
              <w:rPr>
                <w:sz w:val="13"/>
              </w:rPr>
              <w:t>UFC/g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363ECE5" w14:textId="22C47D01" w:rsidR="0012709F" w:rsidRDefault="005B3E4C">
            <w:pPr>
              <w:jc w:val="center"/>
            </w:pPr>
            <w:r>
              <w:rPr>
                <w:sz w:val="13"/>
              </w:rPr>
              <w:t xml:space="preserve">&lt; </w:t>
            </w:r>
            <w:r w:rsidR="00AC4406">
              <w:rPr>
                <w:sz w:val="13"/>
              </w:rPr>
              <w:t>10²</w:t>
            </w:r>
          </w:p>
        </w:tc>
      </w:tr>
      <w:tr w:rsidR="0012709F" w:rsidRPr="00E9136B" w14:paraId="0AEC2F49" w14:textId="77777777" w:rsidTr="00BF7B87">
        <w:trPr>
          <w:trHeight w:val="184"/>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5784F5E" w14:textId="77777777" w:rsidR="0012709F" w:rsidRDefault="005B3E4C">
            <w:r>
              <w:rPr>
                <w:sz w:val="13"/>
              </w:rPr>
              <w:t>Salmonella spp. / Salmonella-Arten</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1574E06" w14:textId="77777777" w:rsidR="0012709F" w:rsidRDefault="005B3E4C">
            <w:pPr>
              <w:jc w:val="center"/>
            </w:pPr>
            <w:r>
              <w:rPr>
                <w:sz w:val="13"/>
              </w:rPr>
              <w:t>R-NR/25g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747E3BE" w14:textId="479D2372" w:rsidR="0012709F" w:rsidRPr="00BB2CF7" w:rsidRDefault="2F4228AE">
            <w:pPr>
              <w:jc w:val="center"/>
              <w:rPr>
                <w:lang w:val="de-DE"/>
              </w:rPr>
            </w:pPr>
            <w:r w:rsidRPr="00BB2CF7">
              <w:rPr>
                <w:sz w:val="13"/>
                <w:szCs w:val="13"/>
                <w:lang w:val="de-DE"/>
              </w:rPr>
              <w:t xml:space="preserve">Assente </w:t>
            </w:r>
            <w:r w:rsidR="2DB17027" w:rsidRPr="00BB2CF7">
              <w:rPr>
                <w:sz w:val="13"/>
                <w:szCs w:val="13"/>
                <w:lang w:val="de-DE"/>
              </w:rPr>
              <w:t xml:space="preserve">in 25g </w:t>
            </w:r>
            <w:r w:rsidRPr="00BB2CF7">
              <w:rPr>
                <w:sz w:val="13"/>
                <w:szCs w:val="13"/>
                <w:lang w:val="de-DE"/>
              </w:rPr>
              <w:t>/ Nicht nachweisbar</w:t>
            </w:r>
          </w:p>
        </w:tc>
      </w:tr>
      <w:tr w:rsidR="0012709F" w14:paraId="1DED29A3"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AA3A603" w14:textId="77777777" w:rsidR="0012709F" w:rsidRDefault="005B3E4C">
            <w:r>
              <w:rPr>
                <w:sz w:val="13"/>
              </w:rPr>
              <w:t>Pseudomonas spp.</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20C8E22" w14:textId="77777777" w:rsidR="0012709F" w:rsidRDefault="005B3E4C">
            <w:pPr>
              <w:jc w:val="center"/>
            </w:pPr>
            <w:r>
              <w:rPr>
                <w:sz w:val="13"/>
              </w:rPr>
              <w:t>UFC/g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463A5A6" w14:textId="7A5A38B5" w:rsidR="0012709F" w:rsidRDefault="005B3E4C">
            <w:pPr>
              <w:jc w:val="center"/>
            </w:pPr>
            <w:r>
              <w:rPr>
                <w:sz w:val="13"/>
              </w:rPr>
              <w:t xml:space="preserve">&lt; </w:t>
            </w:r>
            <w:r w:rsidR="00AC4406">
              <w:rPr>
                <w:sz w:val="13"/>
              </w:rPr>
              <w:t>10²</w:t>
            </w:r>
          </w:p>
        </w:tc>
      </w:tr>
      <w:tr w:rsidR="0012709F" w14:paraId="122F0010"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2943806" w14:textId="77777777" w:rsidR="0012709F" w:rsidRDefault="005B3E4C">
            <w:r>
              <w:rPr>
                <w:sz w:val="13"/>
              </w:rPr>
              <w:t>Piombo / Blei</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08D8081" w14:textId="77777777" w:rsidR="0012709F" w:rsidRDefault="005B3E4C">
            <w:pPr>
              <w:jc w:val="center"/>
            </w:pPr>
            <w:r>
              <w:rPr>
                <w:sz w:val="13"/>
              </w:rPr>
              <w:t>mg/kg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0D80503" w14:textId="77777777" w:rsidR="0012709F" w:rsidRDefault="005B3E4C">
            <w:pPr>
              <w:jc w:val="center"/>
            </w:pPr>
            <w:r>
              <w:rPr>
                <w:sz w:val="13"/>
              </w:rPr>
              <w:t>&lt; 0,30</w:t>
            </w:r>
          </w:p>
        </w:tc>
      </w:tr>
      <w:tr w:rsidR="0012709F" w14:paraId="69A10818" w14:textId="77777777" w:rsidTr="00BF7B87">
        <w:trPr>
          <w:trHeight w:val="184"/>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4CE9C76" w14:textId="77777777" w:rsidR="0012709F" w:rsidRDefault="005B3E4C">
            <w:r>
              <w:rPr>
                <w:sz w:val="13"/>
              </w:rPr>
              <w:t>Cadmio / Kadmium</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D096C25" w14:textId="77777777" w:rsidR="0012709F" w:rsidRDefault="005B3E4C">
            <w:pPr>
              <w:jc w:val="center"/>
            </w:pPr>
            <w:r>
              <w:rPr>
                <w:sz w:val="13"/>
              </w:rPr>
              <w:t>mg/kg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B11A1AA" w14:textId="77777777" w:rsidR="0012709F" w:rsidRDefault="005B3E4C">
            <w:pPr>
              <w:jc w:val="center"/>
            </w:pPr>
            <w:r>
              <w:rPr>
                <w:sz w:val="13"/>
              </w:rPr>
              <w:t>&lt; 0,050</w:t>
            </w:r>
          </w:p>
        </w:tc>
      </w:tr>
      <w:tr w:rsidR="0012709F" w14:paraId="44E0B8BF"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22A127F" w14:textId="77777777" w:rsidR="0012709F" w:rsidRDefault="005B3E4C">
            <w:r>
              <w:rPr>
                <w:sz w:val="13"/>
              </w:rPr>
              <w:t>Mercurio / Quecksilber</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1D94C42" w14:textId="77777777" w:rsidR="0012709F" w:rsidRDefault="005B3E4C">
            <w:pPr>
              <w:jc w:val="center"/>
            </w:pPr>
            <w:r>
              <w:rPr>
                <w:sz w:val="13"/>
              </w:rPr>
              <w:t>mg/kg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7B20A22" w14:textId="49ADB72C" w:rsidR="0012709F" w:rsidRDefault="005B3E4C">
            <w:pPr>
              <w:jc w:val="center"/>
            </w:pPr>
            <w:r>
              <w:rPr>
                <w:sz w:val="13"/>
              </w:rPr>
              <w:t>&lt; 0,</w:t>
            </w:r>
            <w:r w:rsidR="00906F74">
              <w:rPr>
                <w:sz w:val="13"/>
              </w:rPr>
              <w:t>3</w:t>
            </w:r>
            <w:r>
              <w:rPr>
                <w:sz w:val="13"/>
              </w:rPr>
              <w:t>0</w:t>
            </w:r>
          </w:p>
        </w:tc>
      </w:tr>
      <w:tr w:rsidR="00AC4406" w14:paraId="72B01F27" w14:textId="77777777" w:rsidTr="00BF7B87">
        <w:trPr>
          <w:trHeight w:val="184"/>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6E9ED81" w14:textId="070525A3" w:rsidR="00AC4406" w:rsidRDefault="00AC4406">
            <w:pPr>
              <w:rPr>
                <w:sz w:val="13"/>
              </w:rPr>
            </w:pPr>
            <w:r w:rsidRPr="00AC4406">
              <w:rPr>
                <w:sz w:val="13"/>
              </w:rPr>
              <w:t>ABVT / TVB-N</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7493604" w14:textId="0CC02DB0" w:rsidR="00AC4406" w:rsidRDefault="00AC4406">
            <w:pPr>
              <w:jc w:val="center"/>
              <w:rPr>
                <w:sz w:val="13"/>
              </w:rPr>
            </w:pPr>
            <w:r w:rsidRPr="00AC4406">
              <w:rPr>
                <w:sz w:val="13"/>
              </w:rPr>
              <w:t>mg N/100 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EAA3495" w14:textId="34573EFB" w:rsidR="00AC4406" w:rsidRDefault="00AC4406">
            <w:pPr>
              <w:jc w:val="center"/>
              <w:rPr>
                <w:sz w:val="13"/>
              </w:rPr>
            </w:pPr>
            <w:r w:rsidRPr="00AC4406">
              <w:rPr>
                <w:sz w:val="13"/>
              </w:rPr>
              <w:t>&lt; 35</w:t>
            </w:r>
          </w:p>
        </w:tc>
      </w:tr>
    </w:tbl>
    <w:p w14:paraId="0D0B940D" w14:textId="77777777" w:rsidR="0012709F" w:rsidRDefault="005B3E4C">
      <w:r>
        <w:br w:type="page"/>
      </w:r>
    </w:p>
    <w:tbl>
      <w:tblPr>
        <w:tblW w:w="0" w:type="auto"/>
        <w:jc w:val="center"/>
        <w:tblLayout w:type="fixed"/>
        <w:tblLook w:val="04A0" w:firstRow="1" w:lastRow="0" w:firstColumn="1" w:lastColumn="0" w:noHBand="0" w:noVBand="1"/>
      </w:tblPr>
      <w:tblGrid>
        <w:gridCol w:w="2494"/>
        <w:gridCol w:w="4762"/>
        <w:gridCol w:w="3402"/>
      </w:tblGrid>
      <w:tr w:rsidR="0012709F" w:rsidRPr="00906F74" w14:paraId="7C3D25C0" w14:textId="77777777">
        <w:trPr>
          <w:jc w:val="center"/>
        </w:trPr>
        <w:tc>
          <w:tcPr>
            <w:tcW w:w="2494" w:type="dxa"/>
            <w:tcBorders>
              <w:top w:val="nil"/>
              <w:left w:val="nil"/>
              <w:bottom w:val="nil"/>
              <w:right w:val="nil"/>
            </w:tcBorders>
            <w:tcMar>
              <w:top w:w="20" w:type="dxa"/>
              <w:left w:w="20" w:type="dxa"/>
              <w:bottom w:w="20" w:type="dxa"/>
              <w:right w:w="20" w:type="dxa"/>
            </w:tcMar>
            <w:vAlign w:val="center"/>
          </w:tcPr>
          <w:p w14:paraId="0E27B00A" w14:textId="77777777" w:rsidR="0012709F" w:rsidRDefault="005B3E4C">
            <w:pPr>
              <w:jc w:val="center"/>
            </w:pPr>
            <w:r>
              <w:rPr>
                <w:noProof/>
              </w:rPr>
              <w:lastRenderedPageBreak/>
              <w:drawing>
                <wp:inline distT="0" distB="0" distL="0" distR="0" wp14:anchorId="0353A9E2" wp14:editId="07777777">
                  <wp:extent cx="1224000" cy="5654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ppa_logo_crop.png"/>
                          <pic:cNvPicPr/>
                        </pic:nvPicPr>
                        <pic:blipFill>
                          <a:blip r:embed="rId6"/>
                          <a:stretch>
                            <a:fillRect/>
                          </a:stretch>
                        </pic:blipFill>
                        <pic:spPr>
                          <a:xfrm>
                            <a:off x="0" y="0"/>
                            <a:ext cx="1224000" cy="565430"/>
                          </a:xfrm>
                          <a:prstGeom prst="rect">
                            <a:avLst/>
                          </a:prstGeom>
                        </pic:spPr>
                      </pic:pic>
                    </a:graphicData>
                  </a:graphic>
                </wp:inline>
              </w:drawing>
            </w:r>
          </w:p>
        </w:tc>
        <w:tc>
          <w:tcPr>
            <w:tcW w:w="4762" w:type="dxa"/>
            <w:tcBorders>
              <w:top w:val="nil"/>
              <w:left w:val="nil"/>
              <w:bottom w:val="nil"/>
              <w:right w:val="nil"/>
            </w:tcBorders>
            <w:tcMar>
              <w:top w:w="20" w:type="dxa"/>
              <w:left w:w="20" w:type="dxa"/>
              <w:bottom w:w="20" w:type="dxa"/>
              <w:right w:w="20" w:type="dxa"/>
            </w:tcMar>
            <w:vAlign w:val="center"/>
          </w:tcPr>
          <w:p w14:paraId="6B5DC964" w14:textId="77777777" w:rsidR="0012709F" w:rsidRDefault="005B3E4C">
            <w:r w:rsidRPr="00BB2CF7">
              <w:rPr>
                <w:b/>
                <w:sz w:val="17"/>
                <w:lang w:val="it-IT"/>
              </w:rPr>
              <w:t>Via Trento 90</w:t>
            </w:r>
            <w:r w:rsidRPr="00BB2CF7">
              <w:rPr>
                <w:lang w:val="it-IT"/>
              </w:rPr>
              <w:br/>
            </w:r>
            <w:r w:rsidRPr="00BB2CF7">
              <w:rPr>
                <w:b/>
                <w:sz w:val="17"/>
                <w:lang w:val="it-IT"/>
              </w:rPr>
              <w:t>38017 Mezzolombardo (TN)</w:t>
            </w:r>
            <w:r w:rsidRPr="00BB2CF7">
              <w:rPr>
                <w:lang w:val="it-IT"/>
              </w:rPr>
              <w:br/>
            </w:r>
            <w:r w:rsidRPr="00BB2CF7">
              <w:rPr>
                <w:b/>
                <w:sz w:val="17"/>
                <w:lang w:val="it-IT"/>
              </w:rPr>
              <w:t xml:space="preserve">Tel. </w:t>
            </w:r>
            <w:r>
              <w:rPr>
                <w:b/>
                <w:sz w:val="17"/>
              </w:rPr>
              <w:t>+39 0461 604 161</w:t>
            </w:r>
            <w:r>
              <w:br/>
            </w:r>
            <w:r>
              <w:rPr>
                <w:b/>
                <w:sz w:val="17"/>
              </w:rPr>
              <w:t>fish@foppa.com</w:t>
            </w:r>
          </w:p>
        </w:tc>
        <w:tc>
          <w:tcPr>
            <w:tcW w:w="3402" w:type="dxa"/>
            <w:tcBorders>
              <w:top w:val="nil"/>
              <w:left w:val="nil"/>
              <w:bottom w:val="nil"/>
              <w:right w:val="nil"/>
            </w:tcBorders>
            <w:shd w:val="clear" w:color="auto" w:fill="E9ECF5"/>
            <w:tcMar>
              <w:top w:w="150" w:type="dxa"/>
              <w:left w:w="180" w:type="dxa"/>
              <w:bottom w:w="120" w:type="dxa"/>
              <w:right w:w="180" w:type="dxa"/>
            </w:tcMar>
            <w:vAlign w:val="center"/>
          </w:tcPr>
          <w:p w14:paraId="7154F133" w14:textId="77777777" w:rsidR="00906F74" w:rsidRDefault="00906F74" w:rsidP="00906F74">
            <w:pPr>
              <w:rPr>
                <w:b/>
                <w:lang w:val="it-IT"/>
              </w:rPr>
            </w:pPr>
            <w:r w:rsidRPr="00906F74">
              <w:rPr>
                <w:b/>
                <w:lang w:val="it-IT"/>
              </w:rPr>
              <w:t xml:space="preserve">SALMONE NORVEGIA FILETTO </w:t>
            </w:r>
          </w:p>
          <w:p w14:paraId="62B63686" w14:textId="77777777" w:rsidR="00906F74" w:rsidRPr="00906F74" w:rsidRDefault="00906F74" w:rsidP="00906F74">
            <w:pPr>
              <w:rPr>
                <w:b/>
                <w:lang w:val="it-IT"/>
              </w:rPr>
            </w:pPr>
            <w:r w:rsidRPr="00906F74">
              <w:rPr>
                <w:b/>
                <w:lang w:val="it-IT"/>
              </w:rPr>
              <w:t>2x 120-160g 'FOPPA-FISH'</w:t>
            </w:r>
          </w:p>
          <w:p w14:paraId="03569C68" w14:textId="77777777" w:rsidR="00906F74" w:rsidRDefault="00906F74" w:rsidP="00906F74">
            <w:pPr>
              <w:rPr>
                <w:b/>
                <w:lang w:val="de-DE"/>
              </w:rPr>
            </w:pPr>
            <w:r w:rsidRPr="00906F74">
              <w:rPr>
                <w:b/>
                <w:lang w:val="de-DE"/>
              </w:rPr>
              <w:t xml:space="preserve">LACHSFILET NORWEGEN </w:t>
            </w:r>
          </w:p>
          <w:p w14:paraId="4660D09D" w14:textId="1948D4BA" w:rsidR="009861A5" w:rsidRPr="004B13D5" w:rsidRDefault="00906F74" w:rsidP="00906F74">
            <w:pPr>
              <w:rPr>
                <w:b/>
                <w:lang w:val="de-DE"/>
              </w:rPr>
            </w:pPr>
            <w:r w:rsidRPr="00906F74">
              <w:rPr>
                <w:b/>
                <w:lang w:val="de-DE"/>
              </w:rPr>
              <w:t>2x 120-160g 'FOPPA-FISH'</w:t>
            </w:r>
          </w:p>
          <w:p w14:paraId="4CAA09FB" w14:textId="77777777" w:rsidR="00282128" w:rsidRPr="00282128" w:rsidRDefault="00282128" w:rsidP="00906F74">
            <w:pPr>
              <w:rPr>
                <w:b/>
                <w:szCs w:val="16"/>
                <w:lang w:val="de-DE"/>
              </w:rPr>
            </w:pPr>
          </w:p>
          <w:p w14:paraId="7C986368" w14:textId="4D774D2F" w:rsidR="0012709F" w:rsidRPr="00906F74" w:rsidRDefault="00906F74" w:rsidP="00906F74">
            <w:pPr>
              <w:rPr>
                <w:lang w:val="it-IT"/>
              </w:rPr>
            </w:pPr>
            <w:r w:rsidRPr="00906F74">
              <w:rPr>
                <w:b/>
                <w:lang w:val="it-IT"/>
              </w:rPr>
              <w:t>Cod./Art. FF03F          EAN 2773018</w:t>
            </w:r>
          </w:p>
        </w:tc>
      </w:tr>
    </w:tbl>
    <w:p w14:paraId="60061E4C" w14:textId="77777777" w:rsidR="0012709F" w:rsidRPr="00906F74" w:rsidRDefault="0012709F">
      <w:pPr>
        <w:rPr>
          <w:lang w:val="it-IT"/>
        </w:rPr>
      </w:pPr>
    </w:p>
    <w:tbl>
      <w:tblPr>
        <w:tblW w:w="10679" w:type="dxa"/>
        <w:jc w:val="center"/>
        <w:tblLayout w:type="fixed"/>
        <w:tblLook w:val="04A0" w:firstRow="1" w:lastRow="0" w:firstColumn="1" w:lastColumn="0" w:noHBand="0" w:noVBand="1"/>
      </w:tblPr>
      <w:tblGrid>
        <w:gridCol w:w="5216"/>
        <w:gridCol w:w="5443"/>
        <w:gridCol w:w="20"/>
      </w:tblGrid>
      <w:tr w:rsidR="0012709F" w14:paraId="7D15C548" w14:textId="77777777" w:rsidTr="00B24906">
        <w:trPr>
          <w:jc w:val="center"/>
        </w:trPr>
        <w:tc>
          <w:tcPr>
            <w:tcW w:w="10679" w:type="dxa"/>
            <w:gridSpan w:val="3"/>
            <w:tcBorders>
              <w:top w:val="nil"/>
              <w:left w:val="nil"/>
              <w:bottom w:val="nil"/>
              <w:right w:val="nil"/>
            </w:tcBorders>
            <w:shd w:val="clear" w:color="auto" w:fill="E9ECF5"/>
            <w:tcMar>
              <w:top w:w="20" w:type="dxa"/>
              <w:left w:w="50" w:type="dxa"/>
              <w:bottom w:w="20" w:type="dxa"/>
              <w:right w:w="50" w:type="dxa"/>
            </w:tcMar>
          </w:tcPr>
          <w:p w14:paraId="5F378409" w14:textId="77777777" w:rsidR="0012709F" w:rsidRDefault="005B3E4C">
            <w:r>
              <w:rPr>
                <w:b/>
                <w:sz w:val="17"/>
              </w:rPr>
              <w:t>CONSERVAZIONE / LAGERUNG</w:t>
            </w:r>
          </w:p>
        </w:tc>
      </w:tr>
      <w:tr w:rsidR="0012709F" w14:paraId="73A78CC1" w14:textId="77777777" w:rsidTr="00B24906">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7B056510" w14:textId="77777777" w:rsidR="0012709F" w:rsidRDefault="005B3E4C">
            <w:r>
              <w:t>Temperatura di conservazione / Lagertemperatur</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6098FFE5" w14:textId="62CBD578" w:rsidR="0012709F" w:rsidRDefault="005B3E4C">
            <w:r>
              <w:t>0/+</w:t>
            </w:r>
            <w:r w:rsidR="00AC4406">
              <w:t>2</w:t>
            </w:r>
            <w:r>
              <w:t>°C</w:t>
            </w:r>
          </w:p>
        </w:tc>
      </w:tr>
      <w:tr w:rsidR="0012709F" w:rsidRPr="00E9136B" w14:paraId="61F1DE9C" w14:textId="77777777" w:rsidTr="00B24906">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00C003ED" w14:textId="75A0D8F2" w:rsidR="0012709F" w:rsidRDefault="00E9136B">
            <w:r w:rsidRPr="00E9136B">
              <w:t>Shelf life / Haltbarkeit</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54294D5C" w14:textId="42D27CFB" w:rsidR="0012709F" w:rsidRPr="00B24906" w:rsidRDefault="00B24906">
            <w:pPr>
              <w:rPr>
                <w:lang w:val="it-IT"/>
              </w:rPr>
            </w:pPr>
            <w:r w:rsidRPr="00B24906">
              <w:rPr>
                <w:lang w:val="it-IT"/>
              </w:rPr>
              <w:t>8 giorni dalla data di confezionamento / 8 Tage ab dem Verpackungsdatum</w:t>
            </w:r>
          </w:p>
        </w:tc>
      </w:tr>
      <w:tr w:rsidR="00B24906" w:rsidRPr="00B24906" w14:paraId="36152283" w14:textId="77777777" w:rsidTr="00B24906">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646A54C2" w14:textId="7EA241ED" w:rsidR="00B24906" w:rsidRPr="00B24906" w:rsidRDefault="00B24906">
            <w:pPr>
              <w:rPr>
                <w:lang w:val="de-DE"/>
              </w:rPr>
            </w:pPr>
            <w:r w:rsidRPr="00B24906">
              <w:rPr>
                <w:lang w:val="de-DE"/>
              </w:rPr>
              <w:t>Stato fisico / Physischer Zustand des Produkts</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5E4271D0" w14:textId="453A6CB0" w:rsidR="00B24906" w:rsidRPr="00B24906" w:rsidRDefault="00B24906">
            <w:pPr>
              <w:rPr>
                <w:lang w:val="de-DE"/>
              </w:rPr>
            </w:pPr>
            <w:r w:rsidRPr="00B24906">
              <w:rPr>
                <w:lang w:val="de-DE"/>
              </w:rPr>
              <w:t>Fresco, non congelato e non decongelato / Frisch, nicht gefroren und nicht aufgetaut</w:t>
            </w:r>
          </w:p>
        </w:tc>
      </w:tr>
    </w:tbl>
    <w:p w14:paraId="44EAFD9C" w14:textId="77777777" w:rsidR="0012709F" w:rsidRPr="00B24906" w:rsidRDefault="0012709F">
      <w:pPr>
        <w:spacing w:after="100"/>
        <w:rPr>
          <w:lang w:val="de-DE"/>
        </w:rPr>
      </w:pPr>
    </w:p>
    <w:p w14:paraId="4B94D5A5" w14:textId="77777777" w:rsidR="0012709F" w:rsidRPr="00B24906" w:rsidRDefault="0012709F">
      <w:pPr>
        <w:spacing w:after="100"/>
        <w:rPr>
          <w:lang w:val="de-DE"/>
        </w:rPr>
      </w:pPr>
    </w:p>
    <w:tbl>
      <w:tblPr>
        <w:tblW w:w="0" w:type="auto"/>
        <w:jc w:val="center"/>
        <w:tblLayout w:type="fixed"/>
        <w:tblLook w:val="04A0" w:firstRow="1" w:lastRow="0" w:firstColumn="1" w:lastColumn="0" w:noHBand="0" w:noVBand="1"/>
      </w:tblPr>
      <w:tblGrid>
        <w:gridCol w:w="5216"/>
        <w:gridCol w:w="5443"/>
        <w:gridCol w:w="20"/>
      </w:tblGrid>
      <w:tr w:rsidR="0012709F" w14:paraId="140F98A2" w14:textId="77777777">
        <w:trPr>
          <w:jc w:val="center"/>
        </w:trPr>
        <w:tc>
          <w:tcPr>
            <w:tcW w:w="10262" w:type="dxa"/>
            <w:gridSpan w:val="3"/>
            <w:tcBorders>
              <w:top w:val="nil"/>
              <w:left w:val="nil"/>
              <w:bottom w:val="nil"/>
              <w:right w:val="nil"/>
            </w:tcBorders>
            <w:shd w:val="clear" w:color="auto" w:fill="E9ECF5"/>
            <w:tcMar>
              <w:top w:w="20" w:type="dxa"/>
              <w:left w:w="50" w:type="dxa"/>
              <w:bottom w:w="20" w:type="dxa"/>
              <w:right w:w="50" w:type="dxa"/>
            </w:tcMar>
          </w:tcPr>
          <w:p w14:paraId="503331E6" w14:textId="77777777" w:rsidR="0012709F" w:rsidRDefault="005B3E4C">
            <w:r>
              <w:rPr>
                <w:b/>
                <w:sz w:val="17"/>
              </w:rPr>
              <w:t>DATI LOGISTICI / LOGISTIKDATEN</w:t>
            </w:r>
          </w:p>
        </w:tc>
      </w:tr>
      <w:tr w:rsidR="0012709F" w14:paraId="0077C78B"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60352B2" w14:textId="77777777" w:rsidR="0012709F" w:rsidRPr="00BB2CF7" w:rsidRDefault="005B3E4C">
            <w:pPr>
              <w:rPr>
                <w:lang w:val="de-DE"/>
              </w:rPr>
            </w:pPr>
            <w:r w:rsidRPr="00BB2CF7">
              <w:rPr>
                <w:lang w:val="de-DE"/>
              </w:rPr>
              <w:t>Peso medio pezzo / Durchschnittsgewicht pro Stück</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FBF8581" w14:textId="079BD5FA" w:rsidR="0012709F" w:rsidRDefault="00BF7B87">
            <w:r w:rsidRPr="00BF7B87">
              <w:t>0,1</w:t>
            </w:r>
            <w:r w:rsidR="00E62188">
              <w:t>2</w:t>
            </w:r>
            <w:r w:rsidRPr="00BF7B87">
              <w:t>-0,1</w:t>
            </w:r>
            <w:r w:rsidR="00E62188">
              <w:t>6</w:t>
            </w:r>
            <w:r w:rsidRPr="00BF7B87">
              <w:t xml:space="preserve"> kg</w:t>
            </w:r>
          </w:p>
        </w:tc>
      </w:tr>
      <w:tr w:rsidR="0012709F" w14:paraId="7C587B40"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952FF28" w14:textId="77777777" w:rsidR="0012709F" w:rsidRPr="00BB2CF7" w:rsidRDefault="005B3E4C">
            <w:pPr>
              <w:rPr>
                <w:lang w:val="it-IT"/>
              </w:rPr>
            </w:pPr>
            <w:r w:rsidRPr="00BB2CF7">
              <w:rPr>
                <w:lang w:val="it-IT"/>
              </w:rPr>
              <w:t>Pezzi per contenitore / Stück pro 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DB63C99" w14:textId="77777777" w:rsidR="0012709F" w:rsidRDefault="005B3E4C">
            <w:r>
              <w:t>2 filetti / 2 Filets</w:t>
            </w:r>
          </w:p>
        </w:tc>
      </w:tr>
      <w:tr w:rsidR="0012709F" w14:paraId="13E850BB"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0F6505F" w14:textId="77777777" w:rsidR="0012709F" w:rsidRPr="00BB2CF7" w:rsidRDefault="005B3E4C">
            <w:pPr>
              <w:rPr>
                <w:lang w:val="de-DE"/>
              </w:rPr>
            </w:pPr>
            <w:r w:rsidRPr="00BB2CF7">
              <w:rPr>
                <w:lang w:val="de-DE"/>
              </w:rPr>
              <w:t>Peso medio contenitore / Durchschnittsgewicht 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7DE778E7" w14:textId="711597D2" w:rsidR="0012709F" w:rsidRDefault="00AC4406">
            <w:r w:rsidRPr="00AC4406">
              <w:t>0,2</w:t>
            </w:r>
            <w:r w:rsidR="00E62188">
              <w:t>4</w:t>
            </w:r>
            <w:r w:rsidRPr="00AC4406">
              <w:t>-0,</w:t>
            </w:r>
            <w:r w:rsidR="00E62188">
              <w:t>32</w:t>
            </w:r>
            <w:r w:rsidRPr="00AC4406">
              <w:t xml:space="preserve"> kg</w:t>
            </w:r>
          </w:p>
        </w:tc>
      </w:tr>
      <w:tr w:rsidR="0012709F" w14:paraId="3194F4EF"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61D4C311" w14:textId="77777777" w:rsidR="0012709F" w:rsidRPr="00BB2CF7" w:rsidRDefault="005B3E4C">
            <w:pPr>
              <w:rPr>
                <w:lang w:val="it-IT"/>
              </w:rPr>
            </w:pPr>
            <w:r w:rsidRPr="00BB2CF7">
              <w:rPr>
                <w:lang w:val="it-IT"/>
              </w:rPr>
              <w:t>Tipologia confezionamento / Art der 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756047E8" w14:textId="77777777" w:rsidR="0012709F" w:rsidRDefault="005B3E4C">
            <w:r>
              <w:t>Confezionamento in skin / Skin-Verpackung</w:t>
            </w:r>
          </w:p>
        </w:tc>
      </w:tr>
      <w:tr w:rsidR="0012709F" w14:paraId="2E67FD8F"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A09F80E" w14:textId="77777777" w:rsidR="0012709F" w:rsidRDefault="005B3E4C">
            <w:r>
              <w:t>Imballi primari / Primärverpackungen</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8C7C9BB" w14:textId="77777777" w:rsidR="0012709F" w:rsidRDefault="005B3E4C">
            <w:r>
              <w:t>Film Cryovac / Cryovac-Folie</w:t>
            </w:r>
          </w:p>
        </w:tc>
      </w:tr>
      <w:tr w:rsidR="0012709F" w14:paraId="35B7858A"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0F9F212" w14:textId="77777777" w:rsidR="0012709F" w:rsidRDefault="005B3E4C">
            <w:r>
              <w:t>Imballo secondario / Sekundärverpackung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EBE5A52" w14:textId="77777777" w:rsidR="0012709F" w:rsidRDefault="005B3E4C">
            <w:r>
              <w:t>Cartone / Karton</w:t>
            </w:r>
          </w:p>
        </w:tc>
      </w:tr>
      <w:tr w:rsidR="0012709F" w14:paraId="7573DCDB"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60AC409" w14:textId="77777777" w:rsidR="0012709F" w:rsidRDefault="005B3E4C">
            <w:r>
              <w:t>Dimensione contenitore / Größe der 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DEEC669" w14:textId="564BC1E4" w:rsidR="0012709F" w:rsidRDefault="5578CD82">
            <w:r>
              <w:t>12 X 34</w:t>
            </w:r>
            <w:r w:rsidR="00BB2CF7">
              <w:t xml:space="preserve"> cm</w:t>
            </w:r>
          </w:p>
        </w:tc>
      </w:tr>
    </w:tbl>
    <w:p w14:paraId="3656B9AB" w14:textId="77777777" w:rsidR="0012709F" w:rsidRDefault="0012709F">
      <w:pPr>
        <w:spacing w:after="100"/>
      </w:pPr>
    </w:p>
    <w:p w14:paraId="45FB0818" w14:textId="77777777" w:rsidR="0012709F" w:rsidRDefault="0012709F">
      <w:pPr>
        <w:spacing w:after="100"/>
      </w:pPr>
    </w:p>
    <w:tbl>
      <w:tblPr>
        <w:tblW w:w="0" w:type="auto"/>
        <w:jc w:val="center"/>
        <w:tblLayout w:type="fixed"/>
        <w:tblLook w:val="04A0" w:firstRow="1" w:lastRow="0" w:firstColumn="1" w:lastColumn="0" w:noHBand="0" w:noVBand="1"/>
      </w:tblPr>
      <w:tblGrid>
        <w:gridCol w:w="2268"/>
        <w:gridCol w:w="8391"/>
        <w:gridCol w:w="20"/>
      </w:tblGrid>
      <w:tr w:rsidR="0012709F" w14:paraId="6A350099" w14:textId="77777777">
        <w:trPr>
          <w:jc w:val="center"/>
        </w:trPr>
        <w:tc>
          <w:tcPr>
            <w:tcW w:w="10262" w:type="dxa"/>
            <w:gridSpan w:val="3"/>
            <w:tcBorders>
              <w:top w:val="nil"/>
              <w:left w:val="nil"/>
              <w:bottom w:val="nil"/>
              <w:right w:val="nil"/>
            </w:tcBorders>
            <w:shd w:val="clear" w:color="auto" w:fill="E9ECF5"/>
            <w:tcMar>
              <w:top w:w="20" w:type="dxa"/>
              <w:left w:w="50" w:type="dxa"/>
              <w:bottom w:w="20" w:type="dxa"/>
              <w:right w:w="50" w:type="dxa"/>
            </w:tcMar>
          </w:tcPr>
          <w:p w14:paraId="3735751A" w14:textId="77777777" w:rsidR="0012709F" w:rsidRDefault="005B3E4C">
            <w:r>
              <w:rPr>
                <w:b/>
                <w:sz w:val="17"/>
              </w:rPr>
              <w:t>INFORMAZIONI AGGIUNTIVE / ZUSATZINFORMATIONEN</w:t>
            </w:r>
          </w:p>
        </w:tc>
      </w:tr>
      <w:tr w:rsidR="0012709F" w:rsidRPr="00E9136B" w14:paraId="7EDCACAD"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28C40D2E" w14:textId="015EFD38" w:rsidR="0012709F" w:rsidRDefault="005B3E4C">
            <w:r>
              <w:rPr>
                <w:b/>
              </w:rPr>
              <w:t>Etichettatura</w:t>
            </w:r>
            <w:r w:rsidR="00B24906">
              <w:rPr>
                <w:b/>
              </w:rPr>
              <w:t xml:space="preserve"> / </w:t>
            </w:r>
            <w:r w:rsidR="00B24906" w:rsidRPr="00EF16E5">
              <w:rPr>
                <w:b/>
              </w:rPr>
              <w:t>Kennzeichnung</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0B0348D" w14:textId="3DD1C693" w:rsidR="0012709F" w:rsidRPr="00B24906" w:rsidRDefault="005B3E4C">
            <w:pPr>
              <w:rPr>
                <w:lang w:val="de-DE"/>
              </w:rPr>
            </w:pPr>
            <w:r w:rsidRPr="00B24906">
              <w:rPr>
                <w:lang w:val="de-DE"/>
              </w:rPr>
              <w:t>Prodotto etichettato in conformità al Reg 1169/11 UE</w:t>
            </w:r>
            <w:r w:rsidR="00B24906" w:rsidRPr="00B24906">
              <w:rPr>
                <w:lang w:val="de-DE"/>
              </w:rPr>
              <w:t xml:space="preserve"> </w:t>
            </w:r>
            <w:r w:rsidR="00B24906">
              <w:rPr>
                <w:lang w:val="de-DE"/>
              </w:rPr>
              <w:t xml:space="preserve">/ </w:t>
            </w:r>
            <w:r w:rsidR="00B24906" w:rsidRPr="00884364">
              <w:rPr>
                <w:lang w:val="de-DE"/>
              </w:rPr>
              <w:t>Produkt gemäß der EU-Verordnung (EU) Nr. 1169/2011 gekennzeichnet</w:t>
            </w:r>
          </w:p>
        </w:tc>
      </w:tr>
      <w:tr w:rsidR="0012709F" w:rsidRPr="00E9136B" w14:paraId="5B1150F7"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38483C2" w14:textId="2C1F4727" w:rsidR="0012709F" w:rsidRPr="00B24906" w:rsidRDefault="005B3E4C">
            <w:pPr>
              <w:rPr>
                <w:lang w:val="de-DE"/>
              </w:rPr>
            </w:pPr>
            <w:r w:rsidRPr="00B24906">
              <w:rPr>
                <w:b/>
                <w:lang w:val="de-DE"/>
              </w:rPr>
              <w:t xml:space="preserve">Idoneità Imballi </w:t>
            </w:r>
            <w:r w:rsidR="00B24906" w:rsidRPr="00B24906">
              <w:rPr>
                <w:b/>
                <w:lang w:val="de-DE"/>
              </w:rPr>
              <w:t>primari / Eignung der Primärverpackungen</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61740D7B" w14:textId="74ACFE8B" w:rsidR="0012709F" w:rsidRPr="006871C6" w:rsidRDefault="005B3E4C">
            <w:pPr>
              <w:rPr>
                <w:lang w:val="de-DE"/>
              </w:rPr>
            </w:pPr>
            <w:r w:rsidRPr="00BB2CF7">
              <w:rPr>
                <w:lang w:val="it-IT"/>
              </w:rPr>
              <w:t xml:space="preserve">Gli imballi primari sono idonei: Reg (UE) 1935/2004, Reg (UE) 10/2011, 2023/2006 (UE) Reg. </w:t>
            </w:r>
            <w:r w:rsidRPr="006871C6">
              <w:rPr>
                <w:lang w:val="de-DE"/>
              </w:rPr>
              <w:t>CE 1895/ 2005, D.M. 21/3/73, DPR 777/82, DPR 108/1992 e successive modifiche</w:t>
            </w:r>
            <w:r w:rsidR="00B24906" w:rsidRPr="006871C6">
              <w:rPr>
                <w:lang w:val="de-DE"/>
              </w:rPr>
              <w:t xml:space="preserve"> / </w:t>
            </w:r>
            <w:r w:rsidR="006871C6" w:rsidRPr="006871C6">
              <w:rPr>
                <w:lang w:val="de-DE"/>
              </w:rPr>
              <w:t>Die Primärverpackungen sind geeignet und entsprechen folgenden Vorschriften: Verordnung (EU) Nr. 1935/2004, Verordnung (EU) Nr. 10/2011, Verordnung (EG) Nr. 2023/2006, Verordnung (EG) Nr. 1895/2005, Ministerialdekret vom 21.03.1973, DPR Nr. 777/1982, DPR Nr. 108/1992 sowie deren nachfolgenden Änderungen</w:t>
            </w:r>
          </w:p>
        </w:tc>
      </w:tr>
      <w:tr w:rsidR="0012709F" w:rsidRPr="006871C6" w14:paraId="5BEB54E2"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D094E5C" w14:textId="7917970E" w:rsidR="0012709F" w:rsidRPr="00BB2CF7" w:rsidRDefault="005B3E4C">
            <w:pPr>
              <w:rPr>
                <w:lang w:val="it-IT"/>
              </w:rPr>
            </w:pPr>
            <w:r w:rsidRPr="00BB2CF7">
              <w:rPr>
                <w:b/>
                <w:lang w:val="it-IT"/>
              </w:rPr>
              <w:t>OGM e derivati da OGM</w:t>
            </w:r>
            <w:r w:rsidR="006871C6">
              <w:rPr>
                <w:b/>
                <w:lang w:val="it-IT"/>
              </w:rPr>
              <w:t xml:space="preserve"> / </w:t>
            </w:r>
            <w:r w:rsidR="006871C6" w:rsidRPr="006871C6">
              <w:rPr>
                <w:b/>
                <w:lang w:val="it-IT"/>
              </w:rPr>
              <w:t>GVO und GVO-Derivate</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F20C7BA" w14:textId="18A7DD92" w:rsidR="0012709F" w:rsidRPr="006871C6" w:rsidRDefault="005B3E4C">
            <w:pPr>
              <w:rPr>
                <w:lang w:val="de-DE"/>
              </w:rPr>
            </w:pPr>
            <w:r w:rsidRPr="00BB2CF7">
              <w:rPr>
                <w:lang w:val="it-IT"/>
              </w:rPr>
              <w:t xml:space="preserve">Il prodotto non è OGM, non deriva da OGM e non contiene ingredienti derivati da OGM. </w:t>
            </w:r>
            <w:r w:rsidRPr="006871C6">
              <w:rPr>
                <w:lang w:val="de-DE"/>
              </w:rPr>
              <w:t>(Reg. 1829/2003 e 1830/2003 CE)</w:t>
            </w:r>
            <w:r w:rsidR="006871C6" w:rsidRPr="006871C6">
              <w:rPr>
                <w:lang w:val="de-DE"/>
              </w:rPr>
              <w:t xml:space="preserve"> </w:t>
            </w:r>
            <w:r w:rsidR="006871C6">
              <w:rPr>
                <w:lang w:val="de-DE"/>
              </w:rPr>
              <w:t xml:space="preserve">/ </w:t>
            </w:r>
            <w:r w:rsidR="006871C6" w:rsidRPr="006871C6">
              <w:rPr>
                <w:lang w:val="de-DE"/>
              </w:rPr>
              <w:t>Das Produkt ist nicht gentechnisch verändert, stammt nicht aus gentechnisch veränderten Organismen (GVO) und enthält keine Zutaten, die aus GVO gewonnen wurden. (Verordnungen (EG) Nr. 1829/2003 und 1830/2003)</w:t>
            </w:r>
          </w:p>
        </w:tc>
      </w:tr>
      <w:tr w:rsidR="0012709F" w:rsidRPr="006871C6" w14:paraId="33AA9C46"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35F8FA7" w14:textId="4240CFA3" w:rsidR="0012709F" w:rsidRDefault="005B3E4C">
            <w:r>
              <w:rPr>
                <w:b/>
              </w:rPr>
              <w:t>Ionizzazione</w:t>
            </w:r>
            <w:r w:rsidR="006871C6">
              <w:rPr>
                <w:b/>
              </w:rPr>
              <w:t xml:space="preserve"> / Ionisierung</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4061D78C" w14:textId="4243294F" w:rsidR="0012709F" w:rsidRPr="006871C6" w:rsidRDefault="005B3E4C">
            <w:r w:rsidRPr="006871C6">
              <w:t>Il prodotto non ha subito trattamenti con radiazioni ionizzanti e non contiene ingredienti ionizzanti (Dir CE 1999/2 e 1999/3)</w:t>
            </w:r>
            <w:r w:rsidR="006871C6" w:rsidRPr="006871C6">
              <w:t xml:space="preserve"> / Das Produkt wurde keiner Behandlung mit ionisierender Strahlung unterzogen und enthält keine ionisierten Zutaten (Richtlinien 1999/2/EG und 1999/3/EG)</w:t>
            </w:r>
          </w:p>
        </w:tc>
      </w:tr>
      <w:tr w:rsidR="0012709F" w:rsidRPr="00E9136B" w14:paraId="24C5D155"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2567325" w14:textId="7CDFA902" w:rsidR="0012709F" w:rsidRDefault="005B3E4C">
            <w:r>
              <w:rPr>
                <w:b/>
              </w:rPr>
              <w:t>Controllo Qualità</w:t>
            </w:r>
            <w:r w:rsidR="006871C6">
              <w:rPr>
                <w:b/>
              </w:rPr>
              <w:t xml:space="preserve"> / </w:t>
            </w:r>
            <w:r w:rsidR="006871C6" w:rsidRPr="006871C6">
              <w:rPr>
                <w:b/>
              </w:rPr>
              <w:t>Qualitätskontrolle</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2D8B7E58" w14:textId="559873F5" w:rsidR="0012709F" w:rsidRPr="006871C6" w:rsidRDefault="005B3E4C">
            <w:pPr>
              <w:rPr>
                <w:lang w:val="de-DE"/>
              </w:rPr>
            </w:pPr>
            <w:r w:rsidRPr="006871C6">
              <w:rPr>
                <w:lang w:val="de-DE"/>
              </w:rPr>
              <w:t>L’azienda opera in ottemperanza alla normativa nazionale ed europea, in regime di autocontrollo ed in conformità ai principi del sistema HACCP</w:t>
            </w:r>
            <w:r w:rsidR="006871C6" w:rsidRPr="006871C6">
              <w:rPr>
                <w:lang w:val="de-DE"/>
              </w:rPr>
              <w:t xml:space="preserve"> / </w:t>
            </w:r>
            <w:r w:rsidR="006871C6" w:rsidRPr="00884364">
              <w:rPr>
                <w:lang w:val="de-DE"/>
              </w:rPr>
              <w:t>Das Unternehmen arbeitet unter Einhaltung der nationalen und europäischen Rechtsvorschriften im Rahmen der Eigenkontrolle und in Übereinstimmung mit den Grundsätzen des HACCP-Systems</w:t>
            </w:r>
          </w:p>
        </w:tc>
      </w:tr>
      <w:tr w:rsidR="0012709F" w14:paraId="6CA48797"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2185D9F" w14:textId="19FCC8B9" w:rsidR="0012709F" w:rsidRDefault="005B3E4C">
            <w:r>
              <w:rPr>
                <w:b/>
              </w:rPr>
              <w:t xml:space="preserve">Bollo </w:t>
            </w:r>
            <w:r w:rsidR="00BB2CF7">
              <w:rPr>
                <w:b/>
              </w:rPr>
              <w:t>UE</w:t>
            </w:r>
            <w:r>
              <w:rPr>
                <w:b/>
              </w:rPr>
              <w:t xml:space="preserve"> / </w:t>
            </w:r>
            <w:r w:rsidR="00BB2CF7">
              <w:rPr>
                <w:b/>
              </w:rPr>
              <w:t>UE</w:t>
            </w:r>
            <w:r>
              <w:rPr>
                <w:b/>
              </w:rPr>
              <w:t xml:space="preserve"> Kennzeichen</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4930BBE4" w14:textId="77777777" w:rsidR="0012709F" w:rsidRDefault="005B3E4C">
            <w:r>
              <w:t>IT709</w:t>
            </w:r>
          </w:p>
        </w:tc>
      </w:tr>
    </w:tbl>
    <w:p w14:paraId="049F31CB" w14:textId="77777777" w:rsidR="0012709F" w:rsidRDefault="0012709F">
      <w:pPr>
        <w:spacing w:after="20"/>
      </w:pPr>
    </w:p>
    <w:p w14:paraId="53128261" w14:textId="77777777" w:rsidR="0012709F" w:rsidRDefault="0012709F">
      <w:pPr>
        <w:spacing w:after="20"/>
      </w:pPr>
    </w:p>
    <w:p w14:paraId="62486C05" w14:textId="77777777" w:rsidR="0012709F" w:rsidRDefault="0012709F">
      <w:pPr>
        <w:spacing w:after="20"/>
      </w:pPr>
    </w:p>
    <w:p w14:paraId="4101652C" w14:textId="77777777" w:rsidR="0012709F" w:rsidRDefault="0012709F">
      <w:pPr>
        <w:spacing w:after="20"/>
      </w:pPr>
    </w:p>
    <w:p w14:paraId="4B99056E" w14:textId="77777777" w:rsidR="0012709F" w:rsidRDefault="0012709F">
      <w:pPr>
        <w:spacing w:after="20"/>
      </w:pPr>
    </w:p>
    <w:p w14:paraId="1299C43A" w14:textId="77777777" w:rsidR="0012709F" w:rsidRDefault="0012709F">
      <w:pPr>
        <w:spacing w:after="20"/>
      </w:pPr>
    </w:p>
    <w:p w14:paraId="4DDBEF00" w14:textId="77777777" w:rsidR="0012709F" w:rsidRDefault="0012709F">
      <w:pPr>
        <w:spacing w:after="20"/>
      </w:pPr>
    </w:p>
    <w:p w14:paraId="3461D779" w14:textId="77777777" w:rsidR="0012709F" w:rsidRDefault="0012709F">
      <w:pPr>
        <w:spacing w:after="20"/>
      </w:pPr>
    </w:p>
    <w:p w14:paraId="59AE1950" w14:textId="77777777" w:rsidR="0012709F" w:rsidRDefault="2F4228AE">
      <w:pPr>
        <w:spacing w:after="20"/>
      </w:pPr>
      <w:r>
        <w:t xml:space="preserve">Rev. </w:t>
      </w:r>
    </w:p>
    <w:p w14:paraId="480D5297" w14:textId="7DFD3EFE" w:rsidR="0012709F" w:rsidRDefault="2F4228AE">
      <w:pPr>
        <w:spacing w:after="120"/>
      </w:pPr>
      <w:r>
        <w:t>DATA / DATUM: 23 /09/ 2026</w:t>
      </w:r>
    </w:p>
    <w:p w14:paraId="0A93E2CC" w14:textId="77777777" w:rsidR="0012709F" w:rsidRDefault="005B3E4C">
      <w:r>
        <w:rPr>
          <w:b/>
          <w:sz w:val="14"/>
        </w:rPr>
        <w:t>Approvato dal Responsabile Assicurazione Qualità</w:t>
      </w:r>
    </w:p>
    <w:p w14:paraId="244A6A39" w14:textId="77777777" w:rsidR="0012709F" w:rsidRDefault="005B3E4C">
      <w:r>
        <w:rPr>
          <w:b/>
          <w:sz w:val="14"/>
        </w:rPr>
        <w:t>Genehmigt vom Qualitätsmanager</w:t>
      </w:r>
    </w:p>
    <w:sectPr w:rsidR="0012709F" w:rsidSect="00BF7B87">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904948126">
    <w:abstractNumId w:val="8"/>
  </w:num>
  <w:num w:numId="2" w16cid:durableId="1236620959">
    <w:abstractNumId w:val="6"/>
  </w:num>
  <w:num w:numId="3" w16cid:durableId="195194117">
    <w:abstractNumId w:val="5"/>
  </w:num>
  <w:num w:numId="4" w16cid:durableId="891771295">
    <w:abstractNumId w:val="4"/>
  </w:num>
  <w:num w:numId="5" w16cid:durableId="338653778">
    <w:abstractNumId w:val="7"/>
  </w:num>
  <w:num w:numId="6" w16cid:durableId="1938362940">
    <w:abstractNumId w:val="3"/>
  </w:num>
  <w:num w:numId="7" w16cid:durableId="393547776">
    <w:abstractNumId w:val="2"/>
  </w:num>
  <w:num w:numId="8" w16cid:durableId="161357100">
    <w:abstractNumId w:val="1"/>
  </w:num>
  <w:num w:numId="9" w16cid:durableId="404452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09F"/>
    <w:rsid w:val="0015074B"/>
    <w:rsid w:val="00282128"/>
    <w:rsid w:val="0029639D"/>
    <w:rsid w:val="00326F90"/>
    <w:rsid w:val="0047059E"/>
    <w:rsid w:val="004B13D5"/>
    <w:rsid w:val="00525771"/>
    <w:rsid w:val="005824F9"/>
    <w:rsid w:val="005B3E4C"/>
    <w:rsid w:val="006871C6"/>
    <w:rsid w:val="00772737"/>
    <w:rsid w:val="00906F74"/>
    <w:rsid w:val="009861A5"/>
    <w:rsid w:val="00A11B78"/>
    <w:rsid w:val="00AA1D8D"/>
    <w:rsid w:val="00AC4406"/>
    <w:rsid w:val="00B21728"/>
    <w:rsid w:val="00B24906"/>
    <w:rsid w:val="00B47730"/>
    <w:rsid w:val="00BB2CF7"/>
    <w:rsid w:val="00BF7B87"/>
    <w:rsid w:val="00CB0664"/>
    <w:rsid w:val="00E62188"/>
    <w:rsid w:val="00E9136B"/>
    <w:rsid w:val="00FC693F"/>
    <w:rsid w:val="141A8548"/>
    <w:rsid w:val="1B4D7B94"/>
    <w:rsid w:val="1D791693"/>
    <w:rsid w:val="2DB17027"/>
    <w:rsid w:val="2F4228AE"/>
    <w:rsid w:val="4606C52F"/>
    <w:rsid w:val="5191EB12"/>
    <w:rsid w:val="5578CD82"/>
    <w:rsid w:val="682ACF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B049895-BC2D-41A4-B658-441B10444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0" w:line="240" w:lineRule="auto"/>
    </w:pPr>
    <w:rPr>
      <w:rFonts w:ascii="Arial" w:eastAsia="Arial" w:hAnsi="Arial"/>
      <w:sz w:val="16"/>
    </w:rPr>
  </w:style>
  <w:style w:type="paragraph" w:styleId="Titolo1">
    <w:name w:val="heading 1"/>
    <w:basedOn w:val="Normale"/>
    <w:next w:val="Normale"/>
    <w:link w:val="Titolo1Carattere"/>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954</Words>
  <Characters>5443</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6385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Giulia Maggi</cp:lastModifiedBy>
  <cp:revision>3</cp:revision>
  <cp:lastPrinted>2026-09-24T15:17:00Z</cp:lastPrinted>
  <dcterms:created xsi:type="dcterms:W3CDTF">2026-09-25T11:31:00Z</dcterms:created>
  <dcterms:modified xsi:type="dcterms:W3CDTF">2026-09-25T11:41:00Z</dcterms:modified>
  <cp:category/>
</cp:coreProperties>
</file>