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4762"/>
        <w:gridCol w:w="3402"/>
      </w:tblGrid>
      <w:tr w:rsidR="0012709F" w14:paraId="273B9A47" w14:textId="77777777">
        <w:trPr>
          <w:jc w:val="center"/>
        </w:trPr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2A6659" w14:textId="77777777" w:rsidR="0012709F" w:rsidRDefault="004F062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771C200" wp14:editId="07777777">
                  <wp:extent cx="1224000" cy="56543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oppa_logo_crop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56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273328" w14:textId="77777777" w:rsidR="0012709F" w:rsidRDefault="004F062C">
            <w:r w:rsidRPr="00BB2CF7">
              <w:rPr>
                <w:b/>
                <w:sz w:val="17"/>
                <w:lang w:val="it-IT"/>
              </w:rPr>
              <w:t>Via Trento 90</w:t>
            </w:r>
            <w:r w:rsidRPr="00BB2CF7">
              <w:rPr>
                <w:lang w:val="it-IT"/>
              </w:rPr>
              <w:br/>
            </w:r>
            <w:r w:rsidRPr="00BB2CF7">
              <w:rPr>
                <w:b/>
                <w:sz w:val="17"/>
                <w:lang w:val="it-IT"/>
              </w:rPr>
              <w:t>38017 Mezzolombardo (TN)</w:t>
            </w:r>
            <w:r w:rsidRPr="00BB2CF7">
              <w:rPr>
                <w:lang w:val="it-IT"/>
              </w:rPr>
              <w:br/>
            </w:r>
            <w:r w:rsidRPr="00BB2CF7">
              <w:rPr>
                <w:b/>
                <w:sz w:val="17"/>
                <w:lang w:val="it-IT"/>
              </w:rPr>
              <w:t xml:space="preserve">Tel. </w:t>
            </w:r>
            <w:r>
              <w:rPr>
                <w:b/>
                <w:sz w:val="17"/>
              </w:rPr>
              <w:t>+39 0461 604 161</w:t>
            </w:r>
            <w:r>
              <w:br/>
            </w:r>
            <w:r>
              <w:rPr>
                <w:b/>
                <w:sz w:val="17"/>
              </w:rPr>
              <w:t>fish@foppa.com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E9ECF5"/>
            <w:tcMar>
              <w:top w:w="150" w:type="dxa"/>
              <w:left w:w="180" w:type="dxa"/>
              <w:bottom w:w="120" w:type="dxa"/>
              <w:right w:w="180" w:type="dxa"/>
            </w:tcMar>
            <w:vAlign w:val="center"/>
          </w:tcPr>
          <w:p w14:paraId="5322B3C8" w14:textId="77777777" w:rsidR="00FE12E8" w:rsidRPr="00FE12E8" w:rsidRDefault="00FE12E8" w:rsidP="00FE12E8">
            <w:pPr>
              <w:rPr>
                <w:b/>
                <w:sz w:val="17"/>
                <w:lang w:val="it-IT"/>
              </w:rPr>
            </w:pPr>
            <w:r w:rsidRPr="00FE12E8">
              <w:rPr>
                <w:b/>
                <w:sz w:val="17"/>
                <w:lang w:val="it-IT"/>
              </w:rPr>
              <w:t>TROTA SALMONATA FIL. TN</w:t>
            </w:r>
          </w:p>
          <w:p w14:paraId="7557CEA1" w14:textId="77777777" w:rsidR="00FE12E8" w:rsidRDefault="00FE12E8" w:rsidP="00FE12E8">
            <w:pPr>
              <w:rPr>
                <w:b/>
                <w:sz w:val="17"/>
                <w:lang w:val="it-IT"/>
              </w:rPr>
            </w:pPr>
            <w:r w:rsidRPr="00FE12E8">
              <w:rPr>
                <w:b/>
                <w:sz w:val="17"/>
                <w:lang w:val="it-IT"/>
              </w:rPr>
              <w:t>2x 130-160g 'FOPPA-FISH'</w:t>
            </w:r>
          </w:p>
          <w:p w14:paraId="36C1CD41" w14:textId="77777777" w:rsidR="00FE12E8" w:rsidRDefault="00FE12E8" w:rsidP="00FE12E8">
            <w:pPr>
              <w:rPr>
                <w:b/>
                <w:sz w:val="17"/>
                <w:lang w:val="it-IT"/>
              </w:rPr>
            </w:pPr>
          </w:p>
          <w:p w14:paraId="3DCD40D8" w14:textId="77777777" w:rsidR="00FE12E8" w:rsidRPr="00545D8C" w:rsidRDefault="00FE12E8" w:rsidP="00FE12E8">
            <w:pPr>
              <w:rPr>
                <w:b/>
                <w:sz w:val="17"/>
              </w:rPr>
            </w:pPr>
            <w:r w:rsidRPr="00545D8C">
              <w:rPr>
                <w:b/>
                <w:sz w:val="17"/>
              </w:rPr>
              <w:t xml:space="preserve">LACHSFORELLE FILET TN </w:t>
            </w:r>
          </w:p>
          <w:p w14:paraId="28DD57ED" w14:textId="198C7E12" w:rsidR="00FE12E8" w:rsidRPr="00545D8C" w:rsidRDefault="00FE12E8" w:rsidP="00FE12E8">
            <w:pPr>
              <w:rPr>
                <w:b/>
                <w:sz w:val="17"/>
              </w:rPr>
            </w:pPr>
            <w:r w:rsidRPr="00545D8C">
              <w:rPr>
                <w:b/>
                <w:sz w:val="17"/>
              </w:rPr>
              <w:t>2x130-160g 'FOPPA FISH'</w:t>
            </w:r>
          </w:p>
          <w:p w14:paraId="00DE0D9F" w14:textId="77777777" w:rsidR="00FE12E8" w:rsidRPr="00545D8C" w:rsidRDefault="00FE12E8" w:rsidP="00FE12E8">
            <w:pPr>
              <w:rPr>
                <w:b/>
                <w:sz w:val="17"/>
              </w:rPr>
            </w:pPr>
          </w:p>
          <w:p w14:paraId="64CDBC0A" w14:textId="49AAA711" w:rsidR="0012709F" w:rsidRDefault="00FE12E8" w:rsidP="00FE12E8">
            <w:r w:rsidRPr="00FE12E8">
              <w:rPr>
                <w:b/>
                <w:sz w:val="17"/>
              </w:rPr>
              <w:t xml:space="preserve">Cod./Art. FF05F      </w:t>
            </w:r>
            <w:r>
              <w:rPr>
                <w:b/>
                <w:sz w:val="17"/>
              </w:rPr>
              <w:t xml:space="preserve">    </w:t>
            </w:r>
            <w:r w:rsidRPr="00FE12E8">
              <w:rPr>
                <w:b/>
                <w:sz w:val="17"/>
              </w:rPr>
              <w:t>EAN 2905158</w:t>
            </w:r>
          </w:p>
        </w:tc>
      </w:tr>
    </w:tbl>
    <w:p w14:paraId="0A37501D" w14:textId="77777777" w:rsidR="0012709F" w:rsidRDefault="0012709F"/>
    <w:tbl>
      <w:tblPr>
        <w:tblW w:w="10262" w:type="dxa"/>
        <w:jc w:val="center"/>
        <w:tblLayout w:type="fixed"/>
        <w:tblLook w:val="04A0" w:firstRow="1" w:lastRow="0" w:firstColumn="1" w:lastColumn="0" w:noHBand="0" w:noVBand="1"/>
      </w:tblPr>
      <w:tblGrid>
        <w:gridCol w:w="7245"/>
        <w:gridCol w:w="3017"/>
      </w:tblGrid>
      <w:tr w:rsidR="0012709F" w14:paraId="7C87120A" w14:textId="77777777" w:rsidTr="2F4228AE">
        <w:trPr>
          <w:trHeight w:val="3876"/>
          <w:jc w:val="center"/>
        </w:trPr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AB6C7B" w14:textId="77777777" w:rsidR="0012709F" w:rsidRPr="00545D8C" w:rsidRDefault="0012709F">
            <w:pPr>
              <w:rPr>
                <w:lang w:val="it-IT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257"/>
            </w:tblGrid>
            <w:tr w:rsidR="0012709F" w:rsidRPr="00AB3636" w14:paraId="6DE5968D" w14:textId="77777777">
              <w:tc>
                <w:tcPr>
                  <w:tcW w:w="72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CF5"/>
                  <w:tcMar>
                    <w:top w:w="18" w:type="dxa"/>
                    <w:left w:w="40" w:type="dxa"/>
                    <w:bottom w:w="18" w:type="dxa"/>
                    <w:right w:w="40" w:type="dxa"/>
                  </w:tcMar>
                </w:tcPr>
                <w:p w14:paraId="2192CA61" w14:textId="77777777" w:rsidR="0012709F" w:rsidRPr="00BB2CF7" w:rsidRDefault="004F062C">
                  <w:pPr>
                    <w:rPr>
                      <w:lang w:val="it-IT"/>
                    </w:rPr>
                  </w:pPr>
                  <w:r w:rsidRPr="00BB2CF7">
                    <w:rPr>
                      <w:b/>
                      <w:sz w:val="17"/>
                      <w:lang w:val="it-IT"/>
                    </w:rPr>
                    <w:t>DESCRIZIONE PRODOTTO / PRODUKTBESCHREIBUNG</w:t>
                  </w:r>
                </w:p>
              </w:tc>
            </w:tr>
          </w:tbl>
          <w:p w14:paraId="02EB378F" w14:textId="77777777" w:rsidR="0012709F" w:rsidRPr="00BB2CF7" w:rsidRDefault="0012709F">
            <w:pPr>
              <w:rPr>
                <w:lang w:val="it-IT"/>
              </w:rPr>
            </w:pPr>
          </w:p>
          <w:p w14:paraId="36BDBABB" w14:textId="7C27DC8C" w:rsidR="00FE12E8" w:rsidRDefault="00AB3636">
            <w:pPr>
              <w:spacing w:after="80" w:line="250" w:lineRule="auto"/>
              <w:rPr>
                <w:lang w:val="it-IT"/>
              </w:rPr>
            </w:pPr>
            <w:r>
              <w:rPr>
                <w:lang w:val="it-IT"/>
              </w:rPr>
              <w:t>La</w:t>
            </w:r>
            <w:r w:rsidR="00FE12E8" w:rsidRPr="00FE12E8">
              <w:rPr>
                <w:lang w:val="it-IT"/>
              </w:rPr>
              <w:t xml:space="preserve"> </w:t>
            </w:r>
            <w:r>
              <w:rPr>
                <w:lang w:val="it-IT"/>
              </w:rPr>
              <w:t xml:space="preserve">trota </w:t>
            </w:r>
            <w:r w:rsidR="00FE12E8" w:rsidRPr="00FE12E8">
              <w:rPr>
                <w:lang w:val="it-IT"/>
              </w:rPr>
              <w:t xml:space="preserve">iridea salmonata </w:t>
            </w:r>
            <w:r>
              <w:rPr>
                <w:lang w:val="it-IT"/>
              </w:rPr>
              <w:t>(</w:t>
            </w:r>
            <w:proofErr w:type="spellStart"/>
            <w:r w:rsidRPr="00AB3636">
              <w:rPr>
                <w:lang w:val="it-IT"/>
              </w:rPr>
              <w:t>Oncorhynchus</w:t>
            </w:r>
            <w:proofErr w:type="spellEnd"/>
            <w:r w:rsidRPr="00AB3636">
              <w:rPr>
                <w:lang w:val="it-IT"/>
              </w:rPr>
              <w:t xml:space="preserve"> </w:t>
            </w:r>
            <w:proofErr w:type="spellStart"/>
            <w:r w:rsidRPr="00AB3636">
              <w:rPr>
                <w:lang w:val="it-IT"/>
              </w:rPr>
              <w:t>mykiss</w:t>
            </w:r>
            <w:proofErr w:type="spellEnd"/>
            <w:r>
              <w:rPr>
                <w:lang w:val="it-IT"/>
              </w:rPr>
              <w:t xml:space="preserve">) </w:t>
            </w:r>
            <w:r w:rsidR="00FE12E8" w:rsidRPr="00FE12E8">
              <w:rPr>
                <w:lang w:val="it-IT"/>
              </w:rPr>
              <w:t>è un prodotto fresco di acqua dolce</w:t>
            </w:r>
            <w:r>
              <w:rPr>
                <w:lang w:val="it-IT"/>
              </w:rPr>
              <w:t>,</w:t>
            </w:r>
            <w:r w:rsidR="00FE12E8" w:rsidRPr="00FE12E8">
              <w:rPr>
                <w:lang w:val="it-IT"/>
              </w:rPr>
              <w:t xml:space="preserve"> di origine italiana, allevato in Trentino-Alto Adige dalla Società Semplice Agricola Deva. </w:t>
            </w:r>
            <w:r w:rsidRPr="00AB3636">
              <w:rPr>
                <w:lang w:val="it-IT"/>
              </w:rPr>
              <w:t xml:space="preserve">Il </w:t>
            </w:r>
            <w:proofErr w:type="spellStart"/>
            <w:r w:rsidRPr="00AB3636">
              <w:rPr>
                <w:lang w:val="it-IT"/>
              </w:rPr>
              <w:t>filetto</w:t>
            </w:r>
            <w:proofErr w:type="spellEnd"/>
            <w:r w:rsidRPr="00AB3636">
              <w:rPr>
                <w:lang w:val="it-IT"/>
              </w:rPr>
              <w:t xml:space="preserve"> </w:t>
            </w:r>
            <w:r>
              <w:rPr>
                <w:lang w:val="it-IT"/>
              </w:rPr>
              <w:t xml:space="preserve">da 100-140 g </w:t>
            </w:r>
            <w:r w:rsidRPr="00AB3636">
              <w:rPr>
                <w:lang w:val="it-IT"/>
              </w:rPr>
              <w:t xml:space="preserve">si presenta asciutto e compatto, con consistenza delicata, colore rosa, odore di pesce lieve e appena accennato e sapore delicato. </w:t>
            </w:r>
            <w:r w:rsidR="00FE12E8" w:rsidRPr="00FE12E8">
              <w:rPr>
                <w:lang w:val="it-IT"/>
              </w:rPr>
              <w:t xml:space="preserve">Il </w:t>
            </w:r>
            <w:r>
              <w:rPr>
                <w:lang w:val="it-IT"/>
              </w:rPr>
              <w:t>pesce</w:t>
            </w:r>
            <w:r w:rsidR="00FE12E8" w:rsidRPr="00FE12E8">
              <w:rPr>
                <w:lang w:val="it-IT"/>
              </w:rPr>
              <w:t xml:space="preserve"> viene confezionato in </w:t>
            </w:r>
            <w:proofErr w:type="spellStart"/>
            <w:r w:rsidR="00FE12E8" w:rsidRPr="00FE12E8">
              <w:rPr>
                <w:lang w:val="it-IT"/>
              </w:rPr>
              <w:t>skin</w:t>
            </w:r>
            <w:proofErr w:type="spellEnd"/>
            <w:r>
              <w:rPr>
                <w:lang w:val="it-IT"/>
              </w:rPr>
              <w:t xml:space="preserve"> </w:t>
            </w:r>
            <w:r w:rsidRPr="00AB3636">
              <w:rPr>
                <w:lang w:val="it-IT"/>
              </w:rPr>
              <w:t xml:space="preserve">di cartone da 12x34 cm, con un rivestimento in </w:t>
            </w:r>
            <w:proofErr w:type="spellStart"/>
            <w:r w:rsidRPr="00AB3636">
              <w:rPr>
                <w:lang w:val="it-IT"/>
              </w:rPr>
              <w:t>cryovac</w:t>
            </w:r>
            <w:proofErr w:type="spellEnd"/>
            <w:r w:rsidRPr="00AB3636">
              <w:rPr>
                <w:lang w:val="it-IT"/>
              </w:rPr>
              <w:t>.</w:t>
            </w:r>
          </w:p>
          <w:p w14:paraId="594D59CE" w14:textId="77777777" w:rsidR="00FE12E8" w:rsidRDefault="00FE12E8">
            <w:pPr>
              <w:spacing w:after="80" w:line="250" w:lineRule="auto"/>
              <w:rPr>
                <w:lang w:val="it-IT"/>
              </w:rPr>
            </w:pPr>
          </w:p>
          <w:p w14:paraId="6689278F" w14:textId="37AED67A" w:rsidR="0012709F" w:rsidRDefault="00AB3636">
            <w:pPr>
              <w:spacing w:after="80" w:line="250" w:lineRule="auto"/>
              <w:rPr>
                <w:lang w:val="de-DE"/>
              </w:rPr>
            </w:pPr>
            <w:r w:rsidRPr="00AB3636">
              <w:rPr>
                <w:lang w:val="de-DE"/>
              </w:rPr>
              <w:t>Die Lachsforelle (</w:t>
            </w:r>
            <w:proofErr w:type="spellStart"/>
            <w:r w:rsidRPr="00AB3636">
              <w:rPr>
                <w:lang w:val="de-DE"/>
              </w:rPr>
              <w:t>Oncorhynchus</w:t>
            </w:r>
            <w:proofErr w:type="spellEnd"/>
            <w:r w:rsidRPr="00AB3636">
              <w:rPr>
                <w:lang w:val="de-DE"/>
              </w:rPr>
              <w:t xml:space="preserve"> </w:t>
            </w:r>
            <w:proofErr w:type="spellStart"/>
            <w:r w:rsidRPr="00AB3636">
              <w:rPr>
                <w:lang w:val="de-DE"/>
              </w:rPr>
              <w:t>mykiss</w:t>
            </w:r>
            <w:proofErr w:type="spellEnd"/>
            <w:r w:rsidRPr="00AB3636">
              <w:rPr>
                <w:lang w:val="de-DE"/>
              </w:rPr>
              <w:t xml:space="preserve">) ist ein frisches Süßwasserprodukt italienischer Herkunft, das in Trentino-Südtirol von der </w:t>
            </w:r>
            <w:proofErr w:type="spellStart"/>
            <w:r w:rsidRPr="00AB3636">
              <w:rPr>
                <w:lang w:val="de-DE"/>
              </w:rPr>
              <w:t>Società</w:t>
            </w:r>
            <w:proofErr w:type="spellEnd"/>
            <w:r w:rsidRPr="00AB3636">
              <w:rPr>
                <w:lang w:val="de-DE"/>
              </w:rPr>
              <w:t xml:space="preserve"> Semplice Agricola Deva gezüchtet wird. Das Filet mit einem Gewicht von 100–140 g ist trocken und kompakt, mit einer zarten Konsistenz, rosa Farbe, einem milden, kaum wahrnehmbaren Fischgeruch und einem delikaten Geschmack. Der Fisch wird in einer 12 × 34 cm großen Kartonschale verpackt und mit einer </w:t>
            </w:r>
            <w:proofErr w:type="spellStart"/>
            <w:r w:rsidRPr="00AB3636">
              <w:rPr>
                <w:lang w:val="de-DE"/>
              </w:rPr>
              <w:t>Cryovac-Skinverpackung</w:t>
            </w:r>
            <w:proofErr w:type="spellEnd"/>
            <w:r w:rsidRPr="00AB3636">
              <w:rPr>
                <w:lang w:val="de-DE"/>
              </w:rPr>
              <w:t xml:space="preserve"> versehen.</w:t>
            </w:r>
          </w:p>
          <w:p w14:paraId="0953A659" w14:textId="77777777" w:rsidR="00AB3636" w:rsidRPr="00FE12E8" w:rsidRDefault="00AB3636">
            <w:pPr>
              <w:spacing w:after="80" w:line="250" w:lineRule="auto"/>
              <w:rPr>
                <w:lang w:val="de-DE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257"/>
            </w:tblGrid>
            <w:tr w:rsidR="0012709F" w:rsidRPr="00AB3636" w14:paraId="3DD94B79" w14:textId="77777777">
              <w:tc>
                <w:tcPr>
                  <w:tcW w:w="72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CF5"/>
                  <w:tcMar>
                    <w:top w:w="18" w:type="dxa"/>
                    <w:left w:w="40" w:type="dxa"/>
                    <w:bottom w:w="18" w:type="dxa"/>
                    <w:right w:w="40" w:type="dxa"/>
                  </w:tcMar>
                </w:tcPr>
                <w:p w14:paraId="749246E3" w14:textId="77777777" w:rsidR="0012709F" w:rsidRPr="00BB2CF7" w:rsidRDefault="004F062C">
                  <w:pPr>
                    <w:rPr>
                      <w:lang w:val="it-IT"/>
                    </w:rPr>
                  </w:pPr>
                  <w:r w:rsidRPr="00BB2CF7">
                    <w:rPr>
                      <w:b/>
                      <w:sz w:val="17"/>
                      <w:lang w:val="it-IT"/>
                    </w:rPr>
                    <w:t>INFORMAZIONI / INFORMATIONEN</w:t>
                  </w:r>
                </w:p>
              </w:tc>
            </w:tr>
          </w:tbl>
          <w:p w14:paraId="7478AFA7" w14:textId="7B5A35AB" w:rsidR="0012709F" w:rsidRDefault="00AB3636" w:rsidP="2F4228AE">
            <w:pPr>
              <w:spacing w:line="250" w:lineRule="auto"/>
              <w:rPr>
                <w:lang w:val="de-DE"/>
              </w:rPr>
            </w:pPr>
            <w:proofErr w:type="spellStart"/>
            <w:r w:rsidRPr="00BB2CF7">
              <w:rPr>
                <w:rFonts w:cs="Arial"/>
                <w:szCs w:val="16"/>
                <w:lang w:val="it-IT"/>
              </w:rPr>
              <w:t>Puo’</w:t>
            </w:r>
            <w:proofErr w:type="spellEnd"/>
            <w:r w:rsidRPr="00BB2CF7">
              <w:rPr>
                <w:rFonts w:cs="Arial"/>
                <w:szCs w:val="16"/>
                <w:lang w:val="it-IT"/>
              </w:rPr>
              <w:t xml:space="preserve"> contenere Crostacei e Molluschi. </w:t>
            </w:r>
            <w:r w:rsidRPr="00AD5DE6">
              <w:rPr>
                <w:rFonts w:cs="Arial"/>
                <w:szCs w:val="16"/>
                <w:lang w:val="it-IT"/>
              </w:rPr>
              <w:t>Da consumarsi entro 48 ore dall’apertura della confezione</w:t>
            </w:r>
            <w:r>
              <w:rPr>
                <w:rFonts w:cs="Arial"/>
                <w:szCs w:val="16"/>
                <w:lang w:val="it-IT"/>
              </w:rPr>
              <w:t>.</w:t>
            </w:r>
            <w:r>
              <w:rPr>
                <w:rFonts w:cs="Arial"/>
                <w:szCs w:val="16"/>
                <w:lang w:val="it-IT"/>
              </w:rPr>
              <w:br/>
            </w:r>
            <w:r w:rsidRPr="00AB3636">
              <w:rPr>
                <w:rFonts w:cs="Arial"/>
                <w:szCs w:val="16"/>
                <w:lang w:val="it-IT"/>
              </w:rPr>
              <w:br/>
            </w:r>
            <w:r w:rsidRPr="2F4228AE">
              <w:rPr>
                <w:rFonts w:cs="Arial"/>
                <w:szCs w:val="16"/>
                <w:lang w:val="de-DE"/>
              </w:rPr>
              <w:t xml:space="preserve">Kann Spuren von Krebstieren und Weichtieren enthalten. </w:t>
            </w:r>
            <w:r w:rsidRPr="00A15639">
              <w:rPr>
                <w:rFonts w:cs="Arial"/>
                <w:szCs w:val="16"/>
                <w:lang w:val="de-DE"/>
              </w:rPr>
              <w:t>Nach dem Öffnen der Verpackung innerhalb von 48 Stunden zu verbrauchen</w:t>
            </w:r>
            <w:r>
              <w:rPr>
                <w:rFonts w:cs="Arial"/>
                <w:szCs w:val="16"/>
                <w:lang w:val="de-DE"/>
              </w:rPr>
              <w:t>.</w:t>
            </w:r>
          </w:p>
        </w:tc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9BBE3" w14:textId="77777777" w:rsidR="0012709F" w:rsidRDefault="004F062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1803820" wp14:editId="5C7F889E">
                  <wp:extent cx="1322205" cy="1762941"/>
                  <wp:effectExtent l="0" t="0" r="0" b="889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2205" cy="1762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C8F396" w14:textId="77777777" w:rsidR="0012709F" w:rsidRDefault="0012709F">
      <w:pPr>
        <w:spacing w:after="40"/>
      </w:pPr>
    </w:p>
    <w:tbl>
      <w:tblPr>
        <w:tblW w:w="10864" w:type="dxa"/>
        <w:jc w:val="center"/>
        <w:tblLayout w:type="fixed"/>
        <w:tblLook w:val="04A0" w:firstRow="1" w:lastRow="0" w:firstColumn="1" w:lastColumn="0" w:noHBand="0" w:noVBand="1"/>
      </w:tblPr>
      <w:tblGrid>
        <w:gridCol w:w="6530"/>
        <w:gridCol w:w="2193"/>
        <w:gridCol w:w="2141"/>
      </w:tblGrid>
      <w:tr w:rsidR="0012709F" w:rsidRPr="00AB3636" w14:paraId="4F1DE9D0" w14:textId="77777777" w:rsidTr="00545D8C">
        <w:trPr>
          <w:trHeight w:val="587"/>
          <w:jc w:val="center"/>
        </w:trPr>
        <w:tc>
          <w:tcPr>
            <w:tcW w:w="653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9EC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10DF51" w14:textId="77777777" w:rsidR="0012709F" w:rsidRDefault="004F062C">
            <w:r>
              <w:rPr>
                <w:b/>
                <w:sz w:val="14"/>
              </w:rPr>
              <w:t>ALLERGENI / ALLERGENE</w:t>
            </w:r>
          </w:p>
        </w:tc>
        <w:tc>
          <w:tcPr>
            <w:tcW w:w="219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9EC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863796" w14:textId="77777777" w:rsidR="0012709F" w:rsidRDefault="004F062C">
            <w:pPr>
              <w:jc w:val="center"/>
            </w:pPr>
            <w:proofErr w:type="spellStart"/>
            <w:r>
              <w:rPr>
                <w:b/>
                <w:sz w:val="14"/>
              </w:rPr>
              <w:t>Presenza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allergeni</w:t>
            </w:r>
            <w:proofErr w:type="spellEnd"/>
            <w:r>
              <w:rPr>
                <w:b/>
                <w:sz w:val="14"/>
              </w:rPr>
              <w:t xml:space="preserve"> /</w:t>
            </w:r>
            <w:r>
              <w:rPr>
                <w:b/>
                <w:sz w:val="14"/>
              </w:rPr>
              <w:br/>
              <w:t>Intentional addition</w:t>
            </w:r>
          </w:p>
        </w:tc>
        <w:tc>
          <w:tcPr>
            <w:tcW w:w="214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9EC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44B643F" w14:textId="77777777" w:rsidR="0012709F" w:rsidRPr="00BB2CF7" w:rsidRDefault="004F062C">
            <w:pPr>
              <w:jc w:val="center"/>
              <w:rPr>
                <w:lang w:val="it-IT"/>
              </w:rPr>
            </w:pPr>
            <w:r w:rsidRPr="00BB2CF7">
              <w:rPr>
                <w:b/>
                <w:sz w:val="14"/>
                <w:lang w:val="it-IT"/>
              </w:rPr>
              <w:t xml:space="preserve">Possibile contaminazione crociata / </w:t>
            </w:r>
            <w:proofErr w:type="spellStart"/>
            <w:r w:rsidRPr="00BB2CF7">
              <w:rPr>
                <w:b/>
                <w:sz w:val="14"/>
                <w:lang w:val="it-IT"/>
              </w:rPr>
              <w:t>Mögliche</w:t>
            </w:r>
            <w:proofErr w:type="spellEnd"/>
            <w:r w:rsidRPr="00BB2CF7">
              <w:rPr>
                <w:b/>
                <w:sz w:val="14"/>
                <w:lang w:val="it-IT"/>
              </w:rPr>
              <w:br/>
              <w:t>Kreuzkontamination</w:t>
            </w:r>
          </w:p>
        </w:tc>
      </w:tr>
      <w:tr w:rsidR="0012709F" w14:paraId="53010C4E" w14:textId="77777777" w:rsidTr="00545D8C">
        <w:trPr>
          <w:trHeight w:val="182"/>
          <w:jc w:val="center"/>
        </w:trPr>
        <w:tc>
          <w:tcPr>
            <w:tcW w:w="653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34188DE" w14:textId="77777777" w:rsidR="0012709F" w:rsidRPr="00BB2CF7" w:rsidRDefault="004F062C">
            <w:pPr>
              <w:rPr>
                <w:lang w:val="de-DE"/>
              </w:rPr>
            </w:pPr>
            <w:proofErr w:type="spellStart"/>
            <w:r w:rsidRPr="00BB2CF7">
              <w:rPr>
                <w:sz w:val="13"/>
                <w:lang w:val="de-DE"/>
              </w:rPr>
              <w:t>Cereali</w:t>
            </w:r>
            <w:proofErr w:type="spellEnd"/>
            <w:r w:rsidRPr="00BB2CF7">
              <w:rPr>
                <w:sz w:val="13"/>
                <w:lang w:val="de-DE"/>
              </w:rPr>
              <w:t xml:space="preserve"> o </w:t>
            </w:r>
            <w:proofErr w:type="spellStart"/>
            <w:r w:rsidRPr="00BB2CF7">
              <w:rPr>
                <w:sz w:val="13"/>
                <w:lang w:val="de-DE"/>
              </w:rPr>
              <w:t>derivati</w:t>
            </w:r>
            <w:proofErr w:type="spellEnd"/>
            <w:r w:rsidRPr="00BB2CF7">
              <w:rPr>
                <w:sz w:val="13"/>
                <w:lang w:val="de-DE"/>
              </w:rPr>
              <w:t xml:space="preserve"> </w:t>
            </w:r>
            <w:proofErr w:type="spellStart"/>
            <w:r w:rsidRPr="00BB2CF7">
              <w:rPr>
                <w:sz w:val="13"/>
                <w:lang w:val="de-DE"/>
              </w:rPr>
              <w:t>contenenti</w:t>
            </w:r>
            <w:proofErr w:type="spellEnd"/>
            <w:r w:rsidRPr="00BB2CF7">
              <w:rPr>
                <w:sz w:val="13"/>
                <w:lang w:val="de-DE"/>
              </w:rPr>
              <w:t xml:space="preserve"> </w:t>
            </w:r>
            <w:proofErr w:type="spellStart"/>
            <w:r w:rsidRPr="00BB2CF7">
              <w:rPr>
                <w:sz w:val="13"/>
                <w:lang w:val="de-DE"/>
              </w:rPr>
              <w:t>glutine</w:t>
            </w:r>
            <w:proofErr w:type="spellEnd"/>
            <w:r w:rsidRPr="00BB2CF7">
              <w:rPr>
                <w:sz w:val="13"/>
                <w:lang w:val="de-DE"/>
              </w:rPr>
              <w:t xml:space="preserve"> / Getreide oder daraus gewonnene Produkte, die Gluten enthalten</w:t>
            </w:r>
          </w:p>
        </w:tc>
        <w:tc>
          <w:tcPr>
            <w:tcW w:w="219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4C3C872" w14:textId="77777777" w:rsidR="0012709F" w:rsidRDefault="004F062C">
            <w:pPr>
              <w:jc w:val="center"/>
            </w:pPr>
            <w:r>
              <w:rPr>
                <w:sz w:val="13"/>
              </w:rPr>
              <w:t>NO / NEIN</w:t>
            </w:r>
          </w:p>
        </w:tc>
        <w:tc>
          <w:tcPr>
            <w:tcW w:w="214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16BC1C0" w14:textId="77777777" w:rsidR="0012709F" w:rsidRDefault="004F062C">
            <w:pPr>
              <w:jc w:val="center"/>
            </w:pPr>
            <w:r>
              <w:rPr>
                <w:sz w:val="13"/>
              </w:rPr>
              <w:t>NO / NEIN</w:t>
            </w:r>
          </w:p>
        </w:tc>
      </w:tr>
      <w:tr w:rsidR="0012709F" w14:paraId="1776F0C8" w14:textId="77777777" w:rsidTr="00545D8C">
        <w:trPr>
          <w:trHeight w:val="182"/>
          <w:jc w:val="center"/>
        </w:trPr>
        <w:tc>
          <w:tcPr>
            <w:tcW w:w="653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61152F4" w14:textId="77777777" w:rsidR="0012709F" w:rsidRPr="00BB2CF7" w:rsidRDefault="004F062C">
            <w:pPr>
              <w:rPr>
                <w:lang w:val="de-DE"/>
              </w:rPr>
            </w:pPr>
            <w:proofErr w:type="spellStart"/>
            <w:r w:rsidRPr="00BB2CF7">
              <w:rPr>
                <w:sz w:val="13"/>
                <w:lang w:val="de-DE"/>
              </w:rPr>
              <w:t>Crostacei</w:t>
            </w:r>
            <w:proofErr w:type="spellEnd"/>
            <w:r w:rsidRPr="00BB2CF7">
              <w:rPr>
                <w:sz w:val="13"/>
                <w:lang w:val="de-DE"/>
              </w:rPr>
              <w:t xml:space="preserve"> e </w:t>
            </w:r>
            <w:proofErr w:type="spellStart"/>
            <w:r w:rsidRPr="00BB2CF7">
              <w:rPr>
                <w:sz w:val="13"/>
                <w:lang w:val="de-DE"/>
              </w:rPr>
              <w:t>derivati</w:t>
            </w:r>
            <w:proofErr w:type="spellEnd"/>
            <w:r w:rsidRPr="00BB2CF7">
              <w:rPr>
                <w:sz w:val="13"/>
                <w:lang w:val="de-DE"/>
              </w:rPr>
              <w:t xml:space="preserve"> / Krebstiere und daraus gewonnene Erzeugnisse</w:t>
            </w:r>
          </w:p>
        </w:tc>
        <w:tc>
          <w:tcPr>
            <w:tcW w:w="219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7216ABF" w14:textId="77777777" w:rsidR="0012709F" w:rsidRDefault="004F062C">
            <w:pPr>
              <w:jc w:val="center"/>
            </w:pPr>
            <w:r>
              <w:rPr>
                <w:sz w:val="13"/>
              </w:rPr>
              <w:t>NO / NEIN</w:t>
            </w:r>
          </w:p>
        </w:tc>
        <w:tc>
          <w:tcPr>
            <w:tcW w:w="214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B6586C6" w14:textId="543BE73B" w:rsidR="0012709F" w:rsidRDefault="5191EB12" w:rsidP="2F4228AE">
            <w:pPr>
              <w:jc w:val="center"/>
            </w:pPr>
            <w:r w:rsidRPr="2F4228AE">
              <w:rPr>
                <w:rFonts w:cs="Arial"/>
                <w:sz w:val="13"/>
                <w:szCs w:val="13"/>
              </w:rPr>
              <w:t>SI / JA</w:t>
            </w:r>
          </w:p>
        </w:tc>
      </w:tr>
      <w:tr w:rsidR="0012709F" w14:paraId="0D6E4809" w14:textId="77777777" w:rsidTr="00545D8C">
        <w:trPr>
          <w:trHeight w:val="172"/>
          <w:jc w:val="center"/>
        </w:trPr>
        <w:tc>
          <w:tcPr>
            <w:tcW w:w="653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FDC2142" w14:textId="77777777" w:rsidR="0012709F" w:rsidRPr="00BB2CF7" w:rsidRDefault="004F062C">
            <w:pPr>
              <w:rPr>
                <w:lang w:val="de-DE"/>
              </w:rPr>
            </w:pPr>
            <w:r w:rsidRPr="00BB2CF7">
              <w:rPr>
                <w:sz w:val="13"/>
                <w:lang w:val="de-DE"/>
              </w:rPr>
              <w:t xml:space="preserve">Uova e </w:t>
            </w:r>
            <w:proofErr w:type="spellStart"/>
            <w:r w:rsidRPr="00BB2CF7">
              <w:rPr>
                <w:sz w:val="13"/>
                <w:lang w:val="de-DE"/>
              </w:rPr>
              <w:t>derivati</w:t>
            </w:r>
            <w:proofErr w:type="spellEnd"/>
            <w:r w:rsidRPr="00BB2CF7">
              <w:rPr>
                <w:sz w:val="13"/>
                <w:lang w:val="de-DE"/>
              </w:rPr>
              <w:t xml:space="preserve"> / Eier und daraus gewonnene Erzeugnisse</w:t>
            </w:r>
          </w:p>
        </w:tc>
        <w:tc>
          <w:tcPr>
            <w:tcW w:w="219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BCEF19F" w14:textId="77777777" w:rsidR="0012709F" w:rsidRDefault="004F062C">
            <w:pPr>
              <w:jc w:val="center"/>
            </w:pPr>
            <w:r>
              <w:rPr>
                <w:sz w:val="13"/>
              </w:rPr>
              <w:t>NO / NEIN</w:t>
            </w:r>
          </w:p>
        </w:tc>
        <w:tc>
          <w:tcPr>
            <w:tcW w:w="214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AF717B0" w14:textId="77777777" w:rsidR="0012709F" w:rsidRDefault="004F062C">
            <w:pPr>
              <w:jc w:val="center"/>
            </w:pPr>
            <w:r>
              <w:rPr>
                <w:sz w:val="13"/>
              </w:rPr>
              <w:t>NO / NEIN</w:t>
            </w:r>
          </w:p>
        </w:tc>
      </w:tr>
      <w:tr w:rsidR="0012709F" w14:paraId="6027C4E4" w14:textId="77777777" w:rsidTr="00545D8C">
        <w:trPr>
          <w:trHeight w:val="182"/>
          <w:jc w:val="center"/>
        </w:trPr>
        <w:tc>
          <w:tcPr>
            <w:tcW w:w="653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A31EE96" w14:textId="77777777" w:rsidR="0012709F" w:rsidRPr="00BB2CF7" w:rsidRDefault="004F062C">
            <w:pPr>
              <w:rPr>
                <w:lang w:val="de-DE"/>
              </w:rPr>
            </w:pPr>
            <w:r w:rsidRPr="00BB2CF7">
              <w:rPr>
                <w:sz w:val="13"/>
                <w:lang w:val="de-DE"/>
              </w:rPr>
              <w:t xml:space="preserve">Pesce e </w:t>
            </w:r>
            <w:proofErr w:type="spellStart"/>
            <w:r w:rsidRPr="00BB2CF7">
              <w:rPr>
                <w:sz w:val="13"/>
                <w:lang w:val="de-DE"/>
              </w:rPr>
              <w:t>derivati</w:t>
            </w:r>
            <w:proofErr w:type="spellEnd"/>
            <w:r w:rsidRPr="00BB2CF7">
              <w:rPr>
                <w:sz w:val="13"/>
                <w:lang w:val="de-DE"/>
              </w:rPr>
              <w:t xml:space="preserve"> / Fisch und daraus gewonnene Erzeugnisse</w:t>
            </w:r>
          </w:p>
        </w:tc>
        <w:tc>
          <w:tcPr>
            <w:tcW w:w="219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88F7412" w14:textId="77777777" w:rsidR="0012709F" w:rsidRDefault="004F062C">
            <w:pPr>
              <w:jc w:val="center"/>
            </w:pPr>
            <w:r>
              <w:rPr>
                <w:sz w:val="13"/>
              </w:rPr>
              <w:t>SI / JA</w:t>
            </w:r>
          </w:p>
        </w:tc>
        <w:tc>
          <w:tcPr>
            <w:tcW w:w="214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3FA0F0F" w14:textId="77777777" w:rsidR="0012709F" w:rsidRDefault="004F062C">
            <w:pPr>
              <w:jc w:val="center"/>
            </w:pPr>
            <w:r>
              <w:rPr>
                <w:sz w:val="13"/>
              </w:rPr>
              <w:t>NO / NEIN</w:t>
            </w:r>
          </w:p>
        </w:tc>
      </w:tr>
      <w:tr w:rsidR="0012709F" w14:paraId="28374538" w14:textId="77777777" w:rsidTr="00545D8C">
        <w:trPr>
          <w:trHeight w:val="182"/>
          <w:jc w:val="center"/>
        </w:trPr>
        <w:tc>
          <w:tcPr>
            <w:tcW w:w="653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5740242" w14:textId="77777777" w:rsidR="0012709F" w:rsidRPr="00BB2CF7" w:rsidRDefault="004F062C">
            <w:pPr>
              <w:rPr>
                <w:lang w:val="de-DE"/>
              </w:rPr>
            </w:pPr>
            <w:proofErr w:type="spellStart"/>
            <w:r w:rsidRPr="00BB2CF7">
              <w:rPr>
                <w:sz w:val="13"/>
                <w:lang w:val="de-DE"/>
              </w:rPr>
              <w:t>Arachidi</w:t>
            </w:r>
            <w:proofErr w:type="spellEnd"/>
            <w:r w:rsidRPr="00BB2CF7">
              <w:rPr>
                <w:sz w:val="13"/>
                <w:lang w:val="de-DE"/>
              </w:rPr>
              <w:t xml:space="preserve"> e </w:t>
            </w:r>
            <w:proofErr w:type="spellStart"/>
            <w:r w:rsidRPr="00BB2CF7">
              <w:rPr>
                <w:sz w:val="13"/>
                <w:lang w:val="de-DE"/>
              </w:rPr>
              <w:t>derivati</w:t>
            </w:r>
            <w:proofErr w:type="spellEnd"/>
            <w:r w:rsidRPr="00BB2CF7">
              <w:rPr>
                <w:sz w:val="13"/>
                <w:lang w:val="de-DE"/>
              </w:rPr>
              <w:t xml:space="preserve"> / Erdnüsse und daraus gewonnene Erzeugnisse</w:t>
            </w:r>
          </w:p>
        </w:tc>
        <w:tc>
          <w:tcPr>
            <w:tcW w:w="219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FA930ED" w14:textId="77777777" w:rsidR="0012709F" w:rsidRDefault="004F062C">
            <w:pPr>
              <w:jc w:val="center"/>
            </w:pPr>
            <w:r>
              <w:rPr>
                <w:sz w:val="13"/>
              </w:rPr>
              <w:t>NO / NEIN</w:t>
            </w:r>
          </w:p>
        </w:tc>
        <w:tc>
          <w:tcPr>
            <w:tcW w:w="214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9D8B810" w14:textId="77777777" w:rsidR="0012709F" w:rsidRDefault="004F062C">
            <w:pPr>
              <w:jc w:val="center"/>
            </w:pPr>
            <w:r>
              <w:rPr>
                <w:sz w:val="13"/>
              </w:rPr>
              <w:t>NO / NEIN</w:t>
            </w:r>
          </w:p>
        </w:tc>
      </w:tr>
      <w:tr w:rsidR="0012709F" w14:paraId="3C0D01B0" w14:textId="77777777" w:rsidTr="00545D8C">
        <w:trPr>
          <w:trHeight w:val="172"/>
          <w:jc w:val="center"/>
        </w:trPr>
        <w:tc>
          <w:tcPr>
            <w:tcW w:w="653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0EDA99A" w14:textId="77777777" w:rsidR="0012709F" w:rsidRPr="00BB2CF7" w:rsidRDefault="004F062C">
            <w:pPr>
              <w:rPr>
                <w:lang w:val="de-DE"/>
              </w:rPr>
            </w:pPr>
            <w:r w:rsidRPr="00BB2CF7">
              <w:rPr>
                <w:sz w:val="13"/>
                <w:lang w:val="de-DE"/>
              </w:rPr>
              <w:t xml:space="preserve">Soia e </w:t>
            </w:r>
            <w:proofErr w:type="spellStart"/>
            <w:r w:rsidRPr="00BB2CF7">
              <w:rPr>
                <w:sz w:val="13"/>
                <w:lang w:val="de-DE"/>
              </w:rPr>
              <w:t>derivati</w:t>
            </w:r>
            <w:proofErr w:type="spellEnd"/>
            <w:r w:rsidRPr="00BB2CF7">
              <w:rPr>
                <w:sz w:val="13"/>
                <w:lang w:val="de-DE"/>
              </w:rPr>
              <w:t xml:space="preserve"> / Sojabohnen und daraus gewonnene Erzeugnisse</w:t>
            </w:r>
          </w:p>
        </w:tc>
        <w:tc>
          <w:tcPr>
            <w:tcW w:w="219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F7362C8" w14:textId="77777777" w:rsidR="0012709F" w:rsidRDefault="004F062C">
            <w:pPr>
              <w:jc w:val="center"/>
            </w:pPr>
            <w:r>
              <w:rPr>
                <w:sz w:val="13"/>
              </w:rPr>
              <w:t>NO / NEIN</w:t>
            </w:r>
          </w:p>
        </w:tc>
        <w:tc>
          <w:tcPr>
            <w:tcW w:w="214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DEBB56B" w14:textId="77777777" w:rsidR="0012709F" w:rsidRDefault="004F062C">
            <w:pPr>
              <w:jc w:val="center"/>
            </w:pPr>
            <w:r>
              <w:rPr>
                <w:sz w:val="13"/>
              </w:rPr>
              <w:t>NO / NEIN</w:t>
            </w:r>
          </w:p>
        </w:tc>
      </w:tr>
      <w:tr w:rsidR="0012709F" w14:paraId="41566F93" w14:textId="77777777" w:rsidTr="00545D8C">
        <w:trPr>
          <w:trHeight w:val="182"/>
          <w:jc w:val="center"/>
        </w:trPr>
        <w:tc>
          <w:tcPr>
            <w:tcW w:w="653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369FD97" w14:textId="77777777" w:rsidR="0012709F" w:rsidRPr="00BB2CF7" w:rsidRDefault="004F062C">
            <w:pPr>
              <w:rPr>
                <w:lang w:val="de-DE"/>
              </w:rPr>
            </w:pPr>
            <w:r w:rsidRPr="00BB2CF7">
              <w:rPr>
                <w:sz w:val="13"/>
                <w:lang w:val="de-DE"/>
              </w:rPr>
              <w:t xml:space="preserve">Latte e </w:t>
            </w:r>
            <w:proofErr w:type="spellStart"/>
            <w:r w:rsidRPr="00BB2CF7">
              <w:rPr>
                <w:sz w:val="13"/>
                <w:lang w:val="de-DE"/>
              </w:rPr>
              <w:t>derivati</w:t>
            </w:r>
            <w:proofErr w:type="spellEnd"/>
            <w:r w:rsidRPr="00BB2CF7">
              <w:rPr>
                <w:sz w:val="13"/>
                <w:lang w:val="de-DE"/>
              </w:rPr>
              <w:t xml:space="preserve"> </w:t>
            </w:r>
            <w:proofErr w:type="spellStart"/>
            <w:r w:rsidRPr="00BB2CF7">
              <w:rPr>
                <w:sz w:val="13"/>
                <w:lang w:val="de-DE"/>
              </w:rPr>
              <w:t>incluso</w:t>
            </w:r>
            <w:proofErr w:type="spellEnd"/>
            <w:r w:rsidRPr="00BB2CF7">
              <w:rPr>
                <w:sz w:val="13"/>
                <w:lang w:val="de-DE"/>
              </w:rPr>
              <w:t xml:space="preserve"> il </w:t>
            </w:r>
            <w:proofErr w:type="spellStart"/>
            <w:r w:rsidRPr="00BB2CF7">
              <w:rPr>
                <w:sz w:val="13"/>
                <w:lang w:val="de-DE"/>
              </w:rPr>
              <w:t>lattosio</w:t>
            </w:r>
            <w:proofErr w:type="spellEnd"/>
            <w:r w:rsidRPr="00BB2CF7">
              <w:rPr>
                <w:sz w:val="13"/>
                <w:lang w:val="de-DE"/>
              </w:rPr>
              <w:t xml:space="preserve"> / Milch und daraus gewonnene Erzeugnisse (auch Laktose)</w:t>
            </w:r>
          </w:p>
        </w:tc>
        <w:tc>
          <w:tcPr>
            <w:tcW w:w="219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E407790" w14:textId="77777777" w:rsidR="0012709F" w:rsidRDefault="004F062C">
            <w:pPr>
              <w:jc w:val="center"/>
            </w:pPr>
            <w:r>
              <w:rPr>
                <w:sz w:val="13"/>
              </w:rPr>
              <w:t>NO / NEIN</w:t>
            </w:r>
          </w:p>
        </w:tc>
        <w:tc>
          <w:tcPr>
            <w:tcW w:w="214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C79954E" w14:textId="77777777" w:rsidR="0012709F" w:rsidRDefault="004F062C">
            <w:pPr>
              <w:jc w:val="center"/>
            </w:pPr>
            <w:r>
              <w:rPr>
                <w:sz w:val="13"/>
              </w:rPr>
              <w:t>NO / NEIN</w:t>
            </w:r>
          </w:p>
        </w:tc>
      </w:tr>
      <w:tr w:rsidR="0012709F" w14:paraId="5635C1BD" w14:textId="77777777" w:rsidTr="00545D8C">
        <w:trPr>
          <w:trHeight w:val="182"/>
          <w:jc w:val="center"/>
        </w:trPr>
        <w:tc>
          <w:tcPr>
            <w:tcW w:w="653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E1D5042" w14:textId="77777777" w:rsidR="0012709F" w:rsidRPr="00BB2CF7" w:rsidRDefault="004F062C">
            <w:pPr>
              <w:rPr>
                <w:lang w:val="de-DE"/>
              </w:rPr>
            </w:pPr>
            <w:r w:rsidRPr="00BB2CF7">
              <w:rPr>
                <w:sz w:val="13"/>
                <w:lang w:val="de-DE"/>
              </w:rPr>
              <w:t xml:space="preserve">Frutta a </w:t>
            </w:r>
            <w:proofErr w:type="spellStart"/>
            <w:r w:rsidRPr="00BB2CF7">
              <w:rPr>
                <w:sz w:val="13"/>
                <w:lang w:val="de-DE"/>
              </w:rPr>
              <w:t>guscio</w:t>
            </w:r>
            <w:proofErr w:type="spellEnd"/>
            <w:r w:rsidRPr="00BB2CF7">
              <w:rPr>
                <w:sz w:val="13"/>
                <w:lang w:val="de-DE"/>
              </w:rPr>
              <w:t xml:space="preserve"> (es. </w:t>
            </w:r>
            <w:proofErr w:type="spellStart"/>
            <w:r w:rsidRPr="00BB2CF7">
              <w:rPr>
                <w:sz w:val="13"/>
                <w:lang w:val="de-DE"/>
              </w:rPr>
              <w:t>noci</w:t>
            </w:r>
            <w:proofErr w:type="spellEnd"/>
            <w:r w:rsidRPr="00BB2CF7">
              <w:rPr>
                <w:sz w:val="13"/>
                <w:lang w:val="de-DE"/>
              </w:rPr>
              <w:t xml:space="preserve">) e </w:t>
            </w:r>
            <w:proofErr w:type="spellStart"/>
            <w:r w:rsidRPr="00BB2CF7">
              <w:rPr>
                <w:sz w:val="13"/>
                <w:lang w:val="de-DE"/>
              </w:rPr>
              <w:t>derivati</w:t>
            </w:r>
            <w:proofErr w:type="spellEnd"/>
            <w:r w:rsidRPr="00BB2CF7">
              <w:rPr>
                <w:sz w:val="13"/>
                <w:lang w:val="de-DE"/>
              </w:rPr>
              <w:t xml:space="preserve"> / Schalenfrüchte (Nüsse) und daraus gewonnene Erzeugnisse</w:t>
            </w:r>
          </w:p>
        </w:tc>
        <w:tc>
          <w:tcPr>
            <w:tcW w:w="219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686A572" w14:textId="77777777" w:rsidR="0012709F" w:rsidRDefault="004F062C">
            <w:pPr>
              <w:jc w:val="center"/>
            </w:pPr>
            <w:r>
              <w:rPr>
                <w:sz w:val="13"/>
              </w:rPr>
              <w:t>NO / NEIN</w:t>
            </w:r>
          </w:p>
        </w:tc>
        <w:tc>
          <w:tcPr>
            <w:tcW w:w="214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A8E2134" w14:textId="77777777" w:rsidR="0012709F" w:rsidRDefault="004F062C">
            <w:pPr>
              <w:jc w:val="center"/>
            </w:pPr>
            <w:r>
              <w:rPr>
                <w:sz w:val="13"/>
              </w:rPr>
              <w:t>NO / NEIN</w:t>
            </w:r>
          </w:p>
        </w:tc>
      </w:tr>
      <w:tr w:rsidR="0012709F" w14:paraId="5A54E2F3" w14:textId="77777777" w:rsidTr="00545D8C">
        <w:trPr>
          <w:trHeight w:val="172"/>
          <w:jc w:val="center"/>
        </w:trPr>
        <w:tc>
          <w:tcPr>
            <w:tcW w:w="653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1D61AEF" w14:textId="77777777" w:rsidR="0012709F" w:rsidRPr="00BB2CF7" w:rsidRDefault="004F062C">
            <w:pPr>
              <w:rPr>
                <w:lang w:val="de-DE"/>
              </w:rPr>
            </w:pPr>
            <w:r w:rsidRPr="00BB2CF7">
              <w:rPr>
                <w:sz w:val="13"/>
                <w:lang w:val="de-DE"/>
              </w:rPr>
              <w:t xml:space="preserve">Sedano e </w:t>
            </w:r>
            <w:proofErr w:type="spellStart"/>
            <w:r w:rsidRPr="00BB2CF7">
              <w:rPr>
                <w:sz w:val="13"/>
                <w:lang w:val="de-DE"/>
              </w:rPr>
              <w:t>derivati</w:t>
            </w:r>
            <w:proofErr w:type="spellEnd"/>
            <w:r w:rsidRPr="00BB2CF7">
              <w:rPr>
                <w:sz w:val="13"/>
                <w:lang w:val="de-DE"/>
              </w:rPr>
              <w:t xml:space="preserve"> / Sellerie und daraus gewonnene Erzeugnisse</w:t>
            </w:r>
          </w:p>
        </w:tc>
        <w:tc>
          <w:tcPr>
            <w:tcW w:w="219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C8B6AE3" w14:textId="77777777" w:rsidR="0012709F" w:rsidRDefault="004F062C">
            <w:pPr>
              <w:jc w:val="center"/>
            </w:pPr>
            <w:r>
              <w:rPr>
                <w:sz w:val="13"/>
              </w:rPr>
              <w:t>NO / NEIN</w:t>
            </w:r>
          </w:p>
        </w:tc>
        <w:tc>
          <w:tcPr>
            <w:tcW w:w="214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A1F176D" w14:textId="77777777" w:rsidR="0012709F" w:rsidRDefault="004F062C">
            <w:pPr>
              <w:jc w:val="center"/>
            </w:pPr>
            <w:r>
              <w:rPr>
                <w:sz w:val="13"/>
              </w:rPr>
              <w:t>NO / NEIN</w:t>
            </w:r>
          </w:p>
        </w:tc>
      </w:tr>
      <w:tr w:rsidR="0012709F" w14:paraId="0385EB87" w14:textId="77777777" w:rsidTr="00545D8C">
        <w:trPr>
          <w:trHeight w:val="182"/>
          <w:jc w:val="center"/>
        </w:trPr>
        <w:tc>
          <w:tcPr>
            <w:tcW w:w="653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16939E6" w14:textId="77777777" w:rsidR="0012709F" w:rsidRPr="00BB2CF7" w:rsidRDefault="004F062C">
            <w:pPr>
              <w:rPr>
                <w:lang w:val="de-DE"/>
              </w:rPr>
            </w:pPr>
            <w:proofErr w:type="spellStart"/>
            <w:r w:rsidRPr="00BB2CF7">
              <w:rPr>
                <w:sz w:val="13"/>
                <w:lang w:val="de-DE"/>
              </w:rPr>
              <w:t>Senape</w:t>
            </w:r>
            <w:proofErr w:type="spellEnd"/>
            <w:r w:rsidRPr="00BB2CF7">
              <w:rPr>
                <w:sz w:val="13"/>
                <w:lang w:val="de-DE"/>
              </w:rPr>
              <w:t xml:space="preserve"> e </w:t>
            </w:r>
            <w:proofErr w:type="spellStart"/>
            <w:r w:rsidRPr="00BB2CF7">
              <w:rPr>
                <w:sz w:val="13"/>
                <w:lang w:val="de-DE"/>
              </w:rPr>
              <w:t>derivati</w:t>
            </w:r>
            <w:proofErr w:type="spellEnd"/>
            <w:r w:rsidRPr="00BB2CF7">
              <w:rPr>
                <w:sz w:val="13"/>
                <w:lang w:val="de-DE"/>
              </w:rPr>
              <w:t xml:space="preserve"> / Senf und daraus gewonnene Erzeugnisse</w:t>
            </w:r>
          </w:p>
        </w:tc>
        <w:tc>
          <w:tcPr>
            <w:tcW w:w="219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813B3E3" w14:textId="77777777" w:rsidR="0012709F" w:rsidRDefault="004F062C">
            <w:pPr>
              <w:jc w:val="center"/>
            </w:pPr>
            <w:r>
              <w:rPr>
                <w:sz w:val="13"/>
              </w:rPr>
              <w:t>NO / NEIN</w:t>
            </w:r>
          </w:p>
        </w:tc>
        <w:tc>
          <w:tcPr>
            <w:tcW w:w="214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99F479A" w14:textId="77777777" w:rsidR="0012709F" w:rsidRDefault="004F062C">
            <w:pPr>
              <w:jc w:val="center"/>
            </w:pPr>
            <w:r>
              <w:rPr>
                <w:sz w:val="13"/>
              </w:rPr>
              <w:t>NO / NEIN</w:t>
            </w:r>
          </w:p>
        </w:tc>
      </w:tr>
      <w:tr w:rsidR="0012709F" w14:paraId="00159BD6" w14:textId="77777777" w:rsidTr="00545D8C">
        <w:trPr>
          <w:trHeight w:val="182"/>
          <w:jc w:val="center"/>
        </w:trPr>
        <w:tc>
          <w:tcPr>
            <w:tcW w:w="653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8919DBE" w14:textId="77777777" w:rsidR="0012709F" w:rsidRPr="00BB2CF7" w:rsidRDefault="004F062C">
            <w:pPr>
              <w:rPr>
                <w:lang w:val="de-DE"/>
              </w:rPr>
            </w:pPr>
            <w:proofErr w:type="spellStart"/>
            <w:r w:rsidRPr="00BB2CF7">
              <w:rPr>
                <w:sz w:val="13"/>
                <w:lang w:val="de-DE"/>
              </w:rPr>
              <w:t>Semi</w:t>
            </w:r>
            <w:proofErr w:type="spellEnd"/>
            <w:r w:rsidRPr="00BB2CF7">
              <w:rPr>
                <w:sz w:val="13"/>
                <w:lang w:val="de-DE"/>
              </w:rPr>
              <w:t xml:space="preserve"> di </w:t>
            </w:r>
            <w:proofErr w:type="spellStart"/>
            <w:r w:rsidRPr="00BB2CF7">
              <w:rPr>
                <w:sz w:val="13"/>
                <w:lang w:val="de-DE"/>
              </w:rPr>
              <w:t>sesamo</w:t>
            </w:r>
            <w:proofErr w:type="spellEnd"/>
            <w:r w:rsidRPr="00BB2CF7">
              <w:rPr>
                <w:sz w:val="13"/>
                <w:lang w:val="de-DE"/>
              </w:rPr>
              <w:t xml:space="preserve"> e </w:t>
            </w:r>
            <w:proofErr w:type="spellStart"/>
            <w:r w:rsidRPr="00BB2CF7">
              <w:rPr>
                <w:sz w:val="13"/>
                <w:lang w:val="de-DE"/>
              </w:rPr>
              <w:t>derivati</w:t>
            </w:r>
            <w:proofErr w:type="spellEnd"/>
            <w:r w:rsidRPr="00BB2CF7">
              <w:rPr>
                <w:sz w:val="13"/>
                <w:lang w:val="de-DE"/>
              </w:rPr>
              <w:t xml:space="preserve"> / Sesamsamen und daraus gewonnene Erzeugnisse</w:t>
            </w:r>
          </w:p>
        </w:tc>
        <w:tc>
          <w:tcPr>
            <w:tcW w:w="219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A89016A" w14:textId="77777777" w:rsidR="0012709F" w:rsidRDefault="004F062C">
            <w:pPr>
              <w:jc w:val="center"/>
            </w:pPr>
            <w:r>
              <w:rPr>
                <w:sz w:val="13"/>
              </w:rPr>
              <w:t>NO / NEIN</w:t>
            </w:r>
          </w:p>
        </w:tc>
        <w:tc>
          <w:tcPr>
            <w:tcW w:w="214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30A7BAF" w14:textId="77777777" w:rsidR="0012709F" w:rsidRDefault="004F062C">
            <w:pPr>
              <w:jc w:val="center"/>
            </w:pPr>
            <w:r>
              <w:rPr>
                <w:sz w:val="13"/>
              </w:rPr>
              <w:t>NO / NEIN</w:t>
            </w:r>
          </w:p>
        </w:tc>
      </w:tr>
      <w:tr w:rsidR="0012709F" w14:paraId="5D5B2956" w14:textId="77777777" w:rsidTr="00545D8C">
        <w:trPr>
          <w:trHeight w:val="356"/>
          <w:jc w:val="center"/>
        </w:trPr>
        <w:tc>
          <w:tcPr>
            <w:tcW w:w="653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6CCA2C4" w14:textId="2864C594" w:rsidR="0012709F" w:rsidRDefault="004F062C">
            <w:r>
              <w:rPr>
                <w:sz w:val="13"/>
              </w:rPr>
              <w:t xml:space="preserve">Anidride solforosa e solfiti in concentrazione maggiore di 10 mg/kg oppure 10 mg/l </w:t>
            </w:r>
            <w:proofErr w:type="spellStart"/>
            <w:r>
              <w:rPr>
                <w:sz w:val="13"/>
              </w:rPr>
              <w:t>dichiarati</w:t>
            </w:r>
            <w:proofErr w:type="spellEnd"/>
            <w:r>
              <w:rPr>
                <w:sz w:val="13"/>
              </w:rPr>
              <w:t xml:space="preserve"> come </w:t>
            </w:r>
            <w:r w:rsidR="00AB3636" w:rsidRPr="00C026D4">
              <w:rPr>
                <w:sz w:val="13"/>
              </w:rPr>
              <w:t>SO</w:t>
            </w:r>
            <w:r w:rsidR="00AB3636" w:rsidRPr="00C026D4">
              <w:rPr>
                <w:rFonts w:ascii="Cambria Math" w:hAnsi="Cambria Math" w:cs="Cambria Math"/>
                <w:sz w:val="13"/>
              </w:rPr>
              <w:t>₂</w:t>
            </w:r>
            <w:r>
              <w:rPr>
                <w:sz w:val="13"/>
              </w:rPr>
              <w:t xml:space="preserve">/ </w:t>
            </w:r>
            <w:proofErr w:type="spellStart"/>
            <w:r>
              <w:rPr>
                <w:sz w:val="13"/>
              </w:rPr>
              <w:t>Schwefeldioxid</w:t>
            </w:r>
            <w:proofErr w:type="spellEnd"/>
            <w:r>
              <w:rPr>
                <w:sz w:val="13"/>
              </w:rPr>
              <w:t xml:space="preserve"> und Sulfite mit einer Konzentration von mehr als 10 mg/kg oder 10 mg/l, bezeichnet als </w:t>
            </w:r>
            <w:r w:rsidR="00AB3636" w:rsidRPr="00C026D4">
              <w:rPr>
                <w:sz w:val="13"/>
              </w:rPr>
              <w:t>SO</w:t>
            </w:r>
            <w:r w:rsidR="00AB3636" w:rsidRPr="00C026D4">
              <w:rPr>
                <w:rFonts w:ascii="Cambria Math" w:hAnsi="Cambria Math" w:cs="Cambria Math"/>
                <w:sz w:val="13"/>
              </w:rPr>
              <w:t>₂</w:t>
            </w:r>
          </w:p>
        </w:tc>
        <w:tc>
          <w:tcPr>
            <w:tcW w:w="219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B7D2F96" w14:textId="77777777" w:rsidR="0012709F" w:rsidRDefault="004F062C">
            <w:pPr>
              <w:jc w:val="center"/>
            </w:pPr>
            <w:r>
              <w:rPr>
                <w:sz w:val="13"/>
              </w:rPr>
              <w:t>NO / NEIN</w:t>
            </w:r>
          </w:p>
        </w:tc>
        <w:tc>
          <w:tcPr>
            <w:tcW w:w="214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E3C6E49" w14:textId="77777777" w:rsidR="0012709F" w:rsidRDefault="004F062C">
            <w:pPr>
              <w:jc w:val="center"/>
            </w:pPr>
            <w:r>
              <w:rPr>
                <w:sz w:val="13"/>
              </w:rPr>
              <w:t>NO / NEIN</w:t>
            </w:r>
          </w:p>
        </w:tc>
      </w:tr>
      <w:tr w:rsidR="0012709F" w14:paraId="0F4F3140" w14:textId="77777777" w:rsidTr="00545D8C">
        <w:trPr>
          <w:trHeight w:val="182"/>
          <w:jc w:val="center"/>
        </w:trPr>
        <w:tc>
          <w:tcPr>
            <w:tcW w:w="653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4E68321" w14:textId="77777777" w:rsidR="0012709F" w:rsidRDefault="004F062C">
            <w:r>
              <w:rPr>
                <w:sz w:val="13"/>
              </w:rPr>
              <w:t>Lupino e prodotti a base di lupino / Lupinen und daraus gewonnene Erzeugnisse</w:t>
            </w:r>
          </w:p>
        </w:tc>
        <w:tc>
          <w:tcPr>
            <w:tcW w:w="219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83ABF35" w14:textId="77777777" w:rsidR="0012709F" w:rsidRDefault="004F062C">
            <w:pPr>
              <w:jc w:val="center"/>
            </w:pPr>
            <w:r>
              <w:rPr>
                <w:sz w:val="13"/>
              </w:rPr>
              <w:t>NO / NEIN</w:t>
            </w:r>
          </w:p>
        </w:tc>
        <w:tc>
          <w:tcPr>
            <w:tcW w:w="214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FD8AFA8" w14:textId="77777777" w:rsidR="0012709F" w:rsidRDefault="004F062C">
            <w:pPr>
              <w:jc w:val="center"/>
            </w:pPr>
            <w:r>
              <w:rPr>
                <w:sz w:val="13"/>
              </w:rPr>
              <w:t>NO / NEIN</w:t>
            </w:r>
          </w:p>
        </w:tc>
      </w:tr>
      <w:tr w:rsidR="0012709F" w14:paraId="229CD18E" w14:textId="77777777" w:rsidTr="00545D8C">
        <w:trPr>
          <w:trHeight w:val="172"/>
          <w:jc w:val="center"/>
        </w:trPr>
        <w:tc>
          <w:tcPr>
            <w:tcW w:w="653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2ADC766" w14:textId="77777777" w:rsidR="0012709F" w:rsidRDefault="004F062C">
            <w:r>
              <w:rPr>
                <w:sz w:val="13"/>
              </w:rPr>
              <w:t>Molluschi e prodotti a base di molluschi / Weichtiere und daraus gewonnene Erzeugnisse</w:t>
            </w:r>
          </w:p>
        </w:tc>
        <w:tc>
          <w:tcPr>
            <w:tcW w:w="219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D520FE2" w14:textId="77777777" w:rsidR="0012709F" w:rsidRDefault="004F062C">
            <w:pPr>
              <w:jc w:val="center"/>
            </w:pPr>
            <w:r>
              <w:rPr>
                <w:sz w:val="13"/>
              </w:rPr>
              <w:t>NO / NEIN</w:t>
            </w:r>
          </w:p>
        </w:tc>
        <w:tc>
          <w:tcPr>
            <w:tcW w:w="214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1708425" w14:textId="36489525" w:rsidR="0012709F" w:rsidRDefault="4606C52F" w:rsidP="2F4228AE">
            <w:pPr>
              <w:jc w:val="center"/>
            </w:pPr>
            <w:r w:rsidRPr="2F4228AE">
              <w:rPr>
                <w:rFonts w:cs="Arial"/>
                <w:sz w:val="13"/>
                <w:szCs w:val="13"/>
              </w:rPr>
              <w:t>SI / JA</w:t>
            </w:r>
          </w:p>
        </w:tc>
      </w:tr>
    </w:tbl>
    <w:p w14:paraId="72A3D3EC" w14:textId="77777777" w:rsidR="0012709F" w:rsidRDefault="0012709F">
      <w:pPr>
        <w:spacing w:after="40"/>
      </w:pPr>
    </w:p>
    <w:p w14:paraId="26D9FBB3" w14:textId="77777777" w:rsidR="00545D8C" w:rsidRDefault="00545D8C">
      <w:pPr>
        <w:spacing w:after="40"/>
      </w:pPr>
    </w:p>
    <w:tbl>
      <w:tblPr>
        <w:tblW w:w="9241" w:type="dxa"/>
        <w:jc w:val="center"/>
        <w:tblLayout w:type="fixed"/>
        <w:tblLook w:val="04A0" w:firstRow="1" w:lastRow="0" w:firstColumn="1" w:lastColumn="0" w:noHBand="0" w:noVBand="1"/>
      </w:tblPr>
      <w:tblGrid>
        <w:gridCol w:w="6917"/>
        <w:gridCol w:w="2324"/>
      </w:tblGrid>
      <w:tr w:rsidR="00E13A5A" w14:paraId="7DF52AD9" w14:textId="77777777" w:rsidTr="00E13A5A">
        <w:trPr>
          <w:jc w:val="center"/>
        </w:trPr>
        <w:tc>
          <w:tcPr>
            <w:tcW w:w="691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9ECF5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5A477A99" w14:textId="241C17CE" w:rsidR="00E13A5A" w:rsidRPr="00AB3636" w:rsidRDefault="00E13A5A" w:rsidP="00E13A5A">
            <w:pPr>
              <w:rPr>
                <w:b/>
                <w:sz w:val="14"/>
                <w:lang w:val="de-DE"/>
              </w:rPr>
            </w:pPr>
            <w:r w:rsidRPr="00AB3636">
              <w:rPr>
                <w:b/>
                <w:sz w:val="14"/>
                <w:lang w:val="de-DE"/>
              </w:rPr>
              <w:t>ANALISI MICROBIOLOGICHE</w:t>
            </w:r>
            <w:r w:rsidRPr="00AB3636">
              <w:rPr>
                <w:sz w:val="14"/>
                <w:lang w:val="de-DE"/>
              </w:rPr>
              <w:t> </w:t>
            </w:r>
            <w:r w:rsidR="00AB3636" w:rsidRPr="00AB3636">
              <w:rPr>
                <w:sz w:val="14"/>
                <w:lang w:val="de-DE"/>
              </w:rPr>
              <w:t xml:space="preserve">INERNE / </w:t>
            </w:r>
            <w:r w:rsidR="00AB3636" w:rsidRPr="00AB3636">
              <w:rPr>
                <w:b/>
                <w:sz w:val="14"/>
                <w:lang w:val="de-DE"/>
              </w:rPr>
              <w:t>INTERNE MIKROBIOLOGISCHE ANALYSEN</w:t>
            </w:r>
          </w:p>
        </w:tc>
        <w:tc>
          <w:tcPr>
            <w:tcW w:w="232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9ECF5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26E57419" w14:textId="45BBF8A3" w:rsidR="00E13A5A" w:rsidRPr="00E13A5A" w:rsidRDefault="00E13A5A" w:rsidP="00E13A5A">
            <w:pPr>
              <w:jc w:val="center"/>
              <w:rPr>
                <w:b/>
                <w:sz w:val="14"/>
              </w:rPr>
            </w:pPr>
            <w:r w:rsidRPr="00E13A5A">
              <w:rPr>
                <w:b/>
                <w:sz w:val="14"/>
              </w:rPr>
              <w:t>Valori </w:t>
            </w:r>
            <w:r w:rsidR="00AB3636">
              <w:rPr>
                <w:b/>
                <w:sz w:val="14"/>
              </w:rPr>
              <w:t xml:space="preserve">/ </w:t>
            </w:r>
            <w:proofErr w:type="spellStart"/>
            <w:r w:rsidR="00AB3636">
              <w:rPr>
                <w:b/>
                <w:sz w:val="14"/>
              </w:rPr>
              <w:t>Werte</w:t>
            </w:r>
            <w:proofErr w:type="spellEnd"/>
          </w:p>
        </w:tc>
      </w:tr>
      <w:tr w:rsidR="00E13A5A" w14:paraId="6C8568A6" w14:textId="77777777" w:rsidTr="00E13A5A">
        <w:trPr>
          <w:jc w:val="center"/>
        </w:trPr>
        <w:tc>
          <w:tcPr>
            <w:tcW w:w="691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</w:tcPr>
          <w:p w14:paraId="00AD8539" w14:textId="259AA04B" w:rsidR="00E13A5A" w:rsidRPr="00AB3636" w:rsidRDefault="00E13A5A" w:rsidP="00E13A5A">
            <w:pPr>
              <w:rPr>
                <w:sz w:val="13"/>
                <w:lang w:val="it-IT"/>
              </w:rPr>
            </w:pPr>
            <w:r w:rsidRPr="00AB3636">
              <w:rPr>
                <w:sz w:val="13"/>
                <w:lang w:val="it-IT"/>
              </w:rPr>
              <w:t>CARICA BATTERICA TOTALE 30°C </w:t>
            </w:r>
            <w:r w:rsidR="00AB3636" w:rsidRPr="00AB3636">
              <w:rPr>
                <w:sz w:val="13"/>
                <w:lang w:val="it-IT"/>
              </w:rPr>
              <w:t xml:space="preserve">/ </w:t>
            </w:r>
            <w:r w:rsidR="00AB3636" w:rsidRPr="00AB3636">
              <w:rPr>
                <w:sz w:val="13"/>
                <w:lang w:val="it-IT"/>
              </w:rPr>
              <w:t>GESAMTKEIMZAHL BEI 30 °C</w:t>
            </w:r>
          </w:p>
        </w:tc>
        <w:tc>
          <w:tcPr>
            <w:tcW w:w="232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</w:tcPr>
          <w:p w14:paraId="10B79BF1" w14:textId="442F5C8B" w:rsidR="00E13A5A" w:rsidRPr="00E13A5A" w:rsidRDefault="00E13A5A" w:rsidP="00E13A5A">
            <w:pPr>
              <w:jc w:val="center"/>
              <w:rPr>
                <w:sz w:val="13"/>
                <w:lang w:val="de-DE"/>
              </w:rPr>
            </w:pPr>
            <w:r w:rsidRPr="005A6ECC">
              <w:rPr>
                <w:sz w:val="13"/>
                <w:lang w:val="de-DE"/>
              </w:rPr>
              <w:t>&lt; 10^6 UFC/g</w:t>
            </w:r>
          </w:p>
        </w:tc>
      </w:tr>
      <w:tr w:rsidR="00E13A5A" w14:paraId="33DD193E" w14:textId="77777777" w:rsidTr="00E13A5A">
        <w:trPr>
          <w:jc w:val="center"/>
        </w:trPr>
        <w:tc>
          <w:tcPr>
            <w:tcW w:w="691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</w:tcPr>
          <w:p w14:paraId="2DB312AE" w14:textId="23771E41" w:rsidR="00E13A5A" w:rsidRPr="00E13A5A" w:rsidRDefault="00E13A5A" w:rsidP="00E13A5A">
            <w:pPr>
              <w:rPr>
                <w:sz w:val="13"/>
                <w:lang w:val="de-DE"/>
              </w:rPr>
            </w:pPr>
            <w:r w:rsidRPr="005A6ECC">
              <w:rPr>
                <w:sz w:val="13"/>
                <w:lang w:val="de-DE"/>
              </w:rPr>
              <w:t>CARICA PSICROTROFA </w:t>
            </w:r>
            <w:r w:rsidR="00AB3636">
              <w:rPr>
                <w:sz w:val="13"/>
                <w:lang w:val="de-DE"/>
              </w:rPr>
              <w:t xml:space="preserve">/ </w:t>
            </w:r>
            <w:r w:rsidR="00AB3636" w:rsidRPr="00AB3636">
              <w:rPr>
                <w:sz w:val="13"/>
                <w:lang w:val="de-DE"/>
              </w:rPr>
              <w:t>PSYCHROTROPHE KEIME</w:t>
            </w:r>
          </w:p>
        </w:tc>
        <w:tc>
          <w:tcPr>
            <w:tcW w:w="232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</w:tcPr>
          <w:p w14:paraId="44BF5401" w14:textId="6F8BE4B7" w:rsidR="00E13A5A" w:rsidRPr="00E13A5A" w:rsidRDefault="00E13A5A" w:rsidP="00E13A5A">
            <w:pPr>
              <w:jc w:val="center"/>
              <w:rPr>
                <w:sz w:val="13"/>
                <w:lang w:val="de-DE"/>
              </w:rPr>
            </w:pPr>
            <w:r w:rsidRPr="005A6ECC">
              <w:rPr>
                <w:sz w:val="13"/>
                <w:lang w:val="de-DE"/>
              </w:rPr>
              <w:t>&lt; 10^5 UFC/g</w:t>
            </w:r>
          </w:p>
        </w:tc>
      </w:tr>
      <w:tr w:rsidR="00E13A5A" w:rsidRPr="00FE12E8" w14:paraId="0AEC2F49" w14:textId="77777777" w:rsidTr="00E13A5A">
        <w:trPr>
          <w:jc w:val="center"/>
        </w:trPr>
        <w:tc>
          <w:tcPr>
            <w:tcW w:w="691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</w:tcPr>
          <w:p w14:paraId="05784F5E" w14:textId="72C27ED4" w:rsidR="00E13A5A" w:rsidRPr="00E13A5A" w:rsidRDefault="00E13A5A" w:rsidP="00E13A5A">
            <w:pPr>
              <w:rPr>
                <w:sz w:val="13"/>
                <w:lang w:val="de-DE"/>
              </w:rPr>
            </w:pPr>
            <w:r w:rsidRPr="005A6ECC">
              <w:rPr>
                <w:sz w:val="13"/>
                <w:lang w:val="de-DE"/>
              </w:rPr>
              <w:t>COLIFORMI TOTALI </w:t>
            </w:r>
            <w:r w:rsidR="00AB3636">
              <w:rPr>
                <w:sz w:val="13"/>
                <w:lang w:val="de-DE"/>
              </w:rPr>
              <w:t xml:space="preserve">/ </w:t>
            </w:r>
            <w:r w:rsidR="00AB3636" w:rsidRPr="00AB3636">
              <w:rPr>
                <w:sz w:val="13"/>
                <w:lang w:val="de-DE"/>
              </w:rPr>
              <w:t>GESAMTKOLIFORME</w:t>
            </w:r>
          </w:p>
        </w:tc>
        <w:tc>
          <w:tcPr>
            <w:tcW w:w="232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</w:tcPr>
          <w:p w14:paraId="01574E06" w14:textId="45761DA1" w:rsidR="00E13A5A" w:rsidRPr="00E13A5A" w:rsidRDefault="00E13A5A" w:rsidP="00E13A5A">
            <w:pPr>
              <w:jc w:val="center"/>
              <w:rPr>
                <w:sz w:val="13"/>
                <w:lang w:val="de-DE"/>
              </w:rPr>
            </w:pPr>
            <w:r w:rsidRPr="005A6ECC">
              <w:rPr>
                <w:sz w:val="13"/>
                <w:lang w:val="de-DE"/>
              </w:rPr>
              <w:t>&lt; 10^3 UFC/g</w:t>
            </w:r>
          </w:p>
        </w:tc>
      </w:tr>
      <w:tr w:rsidR="00E13A5A" w14:paraId="1DED29A3" w14:textId="77777777" w:rsidTr="00E13A5A">
        <w:trPr>
          <w:jc w:val="center"/>
        </w:trPr>
        <w:tc>
          <w:tcPr>
            <w:tcW w:w="691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</w:tcPr>
          <w:p w14:paraId="0AA3A603" w14:textId="03813925" w:rsidR="00E13A5A" w:rsidRPr="00AB3636" w:rsidRDefault="00E13A5A" w:rsidP="00E13A5A">
            <w:pPr>
              <w:rPr>
                <w:sz w:val="13"/>
                <w:lang w:val="it-IT"/>
              </w:rPr>
            </w:pPr>
            <w:r w:rsidRPr="00AB3636">
              <w:rPr>
                <w:sz w:val="13"/>
                <w:lang w:val="it-IT"/>
              </w:rPr>
              <w:t>E. COLI-GLUCURONIDASI + </w:t>
            </w:r>
            <w:r w:rsidR="00AB3636" w:rsidRPr="00AB3636">
              <w:rPr>
                <w:sz w:val="13"/>
                <w:lang w:val="it-IT"/>
              </w:rPr>
              <w:t xml:space="preserve">/ </w:t>
            </w:r>
            <w:r w:rsidR="00AB3636" w:rsidRPr="00AB3636">
              <w:rPr>
                <w:sz w:val="13"/>
                <w:lang w:val="it-IT"/>
              </w:rPr>
              <w:t>E. COLI -GLUCURONIDASE +</w:t>
            </w:r>
          </w:p>
        </w:tc>
        <w:tc>
          <w:tcPr>
            <w:tcW w:w="232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</w:tcPr>
          <w:p w14:paraId="720C8E22" w14:textId="595F047F" w:rsidR="00E13A5A" w:rsidRPr="00E13A5A" w:rsidRDefault="00E13A5A" w:rsidP="00E13A5A">
            <w:pPr>
              <w:jc w:val="center"/>
              <w:rPr>
                <w:sz w:val="13"/>
                <w:lang w:val="de-DE"/>
              </w:rPr>
            </w:pPr>
            <w:r w:rsidRPr="005A6ECC">
              <w:rPr>
                <w:sz w:val="13"/>
                <w:lang w:val="de-DE"/>
              </w:rPr>
              <w:t>&lt; 10^3 UFC/g</w:t>
            </w:r>
          </w:p>
        </w:tc>
      </w:tr>
      <w:tr w:rsidR="00E13A5A" w14:paraId="122F0010" w14:textId="77777777" w:rsidTr="00E13A5A">
        <w:trPr>
          <w:jc w:val="center"/>
        </w:trPr>
        <w:tc>
          <w:tcPr>
            <w:tcW w:w="691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</w:tcPr>
          <w:p w14:paraId="72943806" w14:textId="05427459" w:rsidR="00E13A5A" w:rsidRPr="00AB3636" w:rsidRDefault="00E13A5A" w:rsidP="00E13A5A">
            <w:pPr>
              <w:rPr>
                <w:sz w:val="13"/>
                <w:lang w:val="it-IT"/>
              </w:rPr>
            </w:pPr>
            <w:r w:rsidRPr="00AB3636">
              <w:rPr>
                <w:sz w:val="13"/>
                <w:lang w:val="it-IT"/>
              </w:rPr>
              <w:t>STAFLOCOCCHI COAGULASI + </w:t>
            </w:r>
            <w:r w:rsidR="00AB3636" w:rsidRPr="00AB3636">
              <w:rPr>
                <w:sz w:val="13"/>
                <w:lang w:val="it-IT"/>
              </w:rPr>
              <w:t xml:space="preserve">/ </w:t>
            </w:r>
            <w:r w:rsidR="00AB3636" w:rsidRPr="00AB3636">
              <w:rPr>
                <w:sz w:val="13"/>
                <w:lang w:val="it-IT"/>
              </w:rPr>
              <w:t>KOAGULASE-POSITIVE STAPHYLOKOKKEN</w:t>
            </w:r>
          </w:p>
        </w:tc>
        <w:tc>
          <w:tcPr>
            <w:tcW w:w="232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</w:tcPr>
          <w:p w14:paraId="608D8081" w14:textId="0FF87A60" w:rsidR="00E13A5A" w:rsidRPr="00E13A5A" w:rsidRDefault="00E13A5A" w:rsidP="00E13A5A">
            <w:pPr>
              <w:jc w:val="center"/>
              <w:rPr>
                <w:sz w:val="13"/>
                <w:lang w:val="de-DE"/>
              </w:rPr>
            </w:pPr>
            <w:r w:rsidRPr="005A6ECC">
              <w:rPr>
                <w:sz w:val="13"/>
                <w:lang w:val="de-DE"/>
              </w:rPr>
              <w:t>&lt; 10^2 UFC/g</w:t>
            </w:r>
          </w:p>
        </w:tc>
      </w:tr>
      <w:tr w:rsidR="00E13A5A" w14:paraId="69A10818" w14:textId="77777777" w:rsidTr="00E13A5A">
        <w:trPr>
          <w:jc w:val="center"/>
        </w:trPr>
        <w:tc>
          <w:tcPr>
            <w:tcW w:w="691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</w:tcPr>
          <w:p w14:paraId="04CE9C76" w14:textId="7A8D3FCE" w:rsidR="00E13A5A" w:rsidRPr="00E13A5A" w:rsidRDefault="00E13A5A" w:rsidP="00E13A5A">
            <w:pPr>
              <w:rPr>
                <w:sz w:val="13"/>
                <w:lang w:val="de-DE"/>
              </w:rPr>
            </w:pPr>
            <w:r w:rsidRPr="005A6ECC">
              <w:rPr>
                <w:sz w:val="13"/>
                <w:lang w:val="de-DE"/>
              </w:rPr>
              <w:t>SALMONELLA SPP. </w:t>
            </w:r>
          </w:p>
        </w:tc>
        <w:tc>
          <w:tcPr>
            <w:tcW w:w="232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</w:tcPr>
          <w:p w14:paraId="2D096C25" w14:textId="7D87B68D" w:rsidR="00E13A5A" w:rsidRPr="00E13A5A" w:rsidRDefault="00E13A5A" w:rsidP="00E13A5A">
            <w:pPr>
              <w:jc w:val="center"/>
              <w:rPr>
                <w:sz w:val="13"/>
                <w:lang w:val="de-DE"/>
              </w:rPr>
            </w:pPr>
            <w:r w:rsidRPr="005A6ECC">
              <w:rPr>
                <w:sz w:val="13"/>
                <w:lang w:val="de-DE"/>
              </w:rPr>
              <w:t>Assente in 25 g</w:t>
            </w:r>
          </w:p>
        </w:tc>
      </w:tr>
      <w:tr w:rsidR="00E13A5A" w14:paraId="44E0B8BF" w14:textId="77777777" w:rsidTr="00E13A5A">
        <w:trPr>
          <w:jc w:val="center"/>
        </w:trPr>
        <w:tc>
          <w:tcPr>
            <w:tcW w:w="691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</w:tcPr>
          <w:p w14:paraId="122A127F" w14:textId="1440944F" w:rsidR="00E13A5A" w:rsidRPr="00E13A5A" w:rsidRDefault="00E13A5A" w:rsidP="00E13A5A">
            <w:pPr>
              <w:rPr>
                <w:sz w:val="13"/>
                <w:lang w:val="de-DE"/>
              </w:rPr>
            </w:pPr>
            <w:r w:rsidRPr="005A6ECC">
              <w:rPr>
                <w:sz w:val="13"/>
                <w:lang w:val="de-DE"/>
              </w:rPr>
              <w:t>PSEUDOMONAS SPP. </w:t>
            </w:r>
          </w:p>
        </w:tc>
        <w:tc>
          <w:tcPr>
            <w:tcW w:w="232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</w:tcPr>
          <w:p w14:paraId="61D94C42" w14:textId="17580730" w:rsidR="00E13A5A" w:rsidRPr="00E13A5A" w:rsidRDefault="00E13A5A" w:rsidP="00E13A5A">
            <w:pPr>
              <w:jc w:val="center"/>
              <w:rPr>
                <w:sz w:val="13"/>
                <w:lang w:val="de-DE"/>
              </w:rPr>
            </w:pPr>
            <w:r w:rsidRPr="005A6ECC">
              <w:rPr>
                <w:sz w:val="13"/>
                <w:lang w:val="de-DE"/>
              </w:rPr>
              <w:t>&lt; 10^4 UFC/g</w:t>
            </w:r>
          </w:p>
        </w:tc>
      </w:tr>
    </w:tbl>
    <w:p w14:paraId="0D0B940D" w14:textId="77777777" w:rsidR="0012709F" w:rsidRDefault="004F062C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4762"/>
        <w:gridCol w:w="3402"/>
      </w:tblGrid>
      <w:tr w:rsidR="0012709F" w14:paraId="7C3D25C0" w14:textId="77777777">
        <w:trPr>
          <w:jc w:val="center"/>
        </w:trPr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E27B00A" w14:textId="77777777" w:rsidR="0012709F" w:rsidRDefault="004F062C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0353A9E2" wp14:editId="07777777">
                  <wp:extent cx="1224000" cy="56543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oppa_logo_crop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56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B5DC964" w14:textId="77777777" w:rsidR="0012709F" w:rsidRDefault="004F062C">
            <w:r w:rsidRPr="00BB2CF7">
              <w:rPr>
                <w:b/>
                <w:sz w:val="17"/>
                <w:lang w:val="it-IT"/>
              </w:rPr>
              <w:t>Via Trento 90</w:t>
            </w:r>
            <w:r w:rsidRPr="00BB2CF7">
              <w:rPr>
                <w:lang w:val="it-IT"/>
              </w:rPr>
              <w:br/>
            </w:r>
            <w:r w:rsidRPr="00BB2CF7">
              <w:rPr>
                <w:b/>
                <w:sz w:val="17"/>
                <w:lang w:val="it-IT"/>
              </w:rPr>
              <w:t>38017 Mezzolombardo (TN)</w:t>
            </w:r>
            <w:r w:rsidRPr="00BB2CF7">
              <w:rPr>
                <w:lang w:val="it-IT"/>
              </w:rPr>
              <w:br/>
            </w:r>
            <w:r w:rsidRPr="00BB2CF7">
              <w:rPr>
                <w:b/>
                <w:sz w:val="17"/>
                <w:lang w:val="it-IT"/>
              </w:rPr>
              <w:t xml:space="preserve">Tel. </w:t>
            </w:r>
            <w:r>
              <w:rPr>
                <w:b/>
                <w:sz w:val="17"/>
              </w:rPr>
              <w:t>+39 0461 604 161</w:t>
            </w:r>
            <w:r>
              <w:br/>
            </w:r>
            <w:r>
              <w:rPr>
                <w:b/>
                <w:sz w:val="17"/>
              </w:rPr>
              <w:t>fish@foppa.com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E9ECF5"/>
            <w:tcMar>
              <w:top w:w="150" w:type="dxa"/>
              <w:left w:w="180" w:type="dxa"/>
              <w:bottom w:w="120" w:type="dxa"/>
              <w:right w:w="180" w:type="dxa"/>
            </w:tcMar>
            <w:vAlign w:val="center"/>
          </w:tcPr>
          <w:p w14:paraId="01029893" w14:textId="77777777" w:rsidR="0090117E" w:rsidRPr="00FE12E8" w:rsidRDefault="0090117E" w:rsidP="0090117E">
            <w:pPr>
              <w:rPr>
                <w:b/>
                <w:sz w:val="17"/>
                <w:lang w:val="it-IT"/>
              </w:rPr>
            </w:pPr>
            <w:r w:rsidRPr="00FE12E8">
              <w:rPr>
                <w:b/>
                <w:sz w:val="17"/>
                <w:lang w:val="it-IT"/>
              </w:rPr>
              <w:t>TROTA SALMONATA FIL. TN</w:t>
            </w:r>
          </w:p>
          <w:p w14:paraId="5BA3F354" w14:textId="77777777" w:rsidR="0090117E" w:rsidRDefault="0090117E" w:rsidP="0090117E">
            <w:pPr>
              <w:rPr>
                <w:b/>
                <w:sz w:val="17"/>
                <w:lang w:val="it-IT"/>
              </w:rPr>
            </w:pPr>
            <w:r w:rsidRPr="00FE12E8">
              <w:rPr>
                <w:b/>
                <w:sz w:val="17"/>
                <w:lang w:val="it-IT"/>
              </w:rPr>
              <w:t>2x 130-160g 'FOPPA-FISH'</w:t>
            </w:r>
          </w:p>
          <w:p w14:paraId="3BBAB2A3" w14:textId="77777777" w:rsidR="0090117E" w:rsidRDefault="0090117E" w:rsidP="0090117E">
            <w:pPr>
              <w:rPr>
                <w:b/>
                <w:sz w:val="17"/>
                <w:lang w:val="it-IT"/>
              </w:rPr>
            </w:pPr>
          </w:p>
          <w:p w14:paraId="0463E359" w14:textId="77777777" w:rsidR="0090117E" w:rsidRPr="00545D8C" w:rsidRDefault="0090117E" w:rsidP="0090117E">
            <w:pPr>
              <w:rPr>
                <w:b/>
                <w:sz w:val="17"/>
              </w:rPr>
            </w:pPr>
            <w:r w:rsidRPr="00545D8C">
              <w:rPr>
                <w:b/>
                <w:sz w:val="17"/>
              </w:rPr>
              <w:t xml:space="preserve">LACHSFORELLE FILET TN </w:t>
            </w:r>
          </w:p>
          <w:p w14:paraId="07156F6E" w14:textId="77777777" w:rsidR="0090117E" w:rsidRPr="00545D8C" w:rsidRDefault="0090117E" w:rsidP="0090117E">
            <w:pPr>
              <w:rPr>
                <w:b/>
                <w:sz w:val="17"/>
              </w:rPr>
            </w:pPr>
            <w:r w:rsidRPr="00545D8C">
              <w:rPr>
                <w:b/>
                <w:sz w:val="17"/>
              </w:rPr>
              <w:t>2x130-160g 'FOPPA FISH'</w:t>
            </w:r>
          </w:p>
          <w:p w14:paraId="5C6074E0" w14:textId="77777777" w:rsidR="0090117E" w:rsidRPr="00545D8C" w:rsidRDefault="0090117E" w:rsidP="0090117E">
            <w:pPr>
              <w:rPr>
                <w:b/>
                <w:sz w:val="17"/>
              </w:rPr>
            </w:pPr>
          </w:p>
          <w:p w14:paraId="7C986368" w14:textId="7B708BC4" w:rsidR="0012709F" w:rsidRDefault="0090117E" w:rsidP="0090117E">
            <w:r w:rsidRPr="00FE12E8">
              <w:rPr>
                <w:b/>
                <w:sz w:val="17"/>
              </w:rPr>
              <w:t xml:space="preserve">Cod./Art. FF05F      </w:t>
            </w:r>
            <w:r>
              <w:rPr>
                <w:b/>
                <w:sz w:val="17"/>
              </w:rPr>
              <w:t xml:space="preserve">    </w:t>
            </w:r>
            <w:r w:rsidRPr="00FE12E8">
              <w:rPr>
                <w:b/>
                <w:sz w:val="17"/>
              </w:rPr>
              <w:t>EAN 2905158</w:t>
            </w:r>
          </w:p>
        </w:tc>
      </w:tr>
    </w:tbl>
    <w:p w14:paraId="60061E4C" w14:textId="77777777" w:rsidR="0012709F" w:rsidRDefault="0012709F"/>
    <w:tbl>
      <w:tblPr>
        <w:tblW w:w="10679" w:type="dxa"/>
        <w:jc w:val="center"/>
        <w:tblLayout w:type="fixed"/>
        <w:tblLook w:val="04A0" w:firstRow="1" w:lastRow="0" w:firstColumn="1" w:lastColumn="0" w:noHBand="0" w:noVBand="1"/>
      </w:tblPr>
      <w:tblGrid>
        <w:gridCol w:w="5216"/>
        <w:gridCol w:w="5443"/>
        <w:gridCol w:w="20"/>
      </w:tblGrid>
      <w:tr w:rsidR="0012709F" w14:paraId="7D15C548" w14:textId="77777777" w:rsidTr="00AB3636">
        <w:trPr>
          <w:jc w:val="center"/>
        </w:trPr>
        <w:tc>
          <w:tcPr>
            <w:tcW w:w="106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9ECF5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F378409" w14:textId="77777777" w:rsidR="0012709F" w:rsidRDefault="004F062C">
            <w:r>
              <w:rPr>
                <w:b/>
                <w:sz w:val="17"/>
              </w:rPr>
              <w:t>CONSERVAZIONE / LAGERUNG</w:t>
            </w:r>
          </w:p>
        </w:tc>
      </w:tr>
      <w:tr w:rsidR="0012709F" w14:paraId="73A78CC1" w14:textId="77777777" w:rsidTr="00AB3636">
        <w:trPr>
          <w:gridAfter w:val="1"/>
          <w:wAfter w:w="20" w:type="dxa"/>
          <w:jc w:val="center"/>
        </w:trPr>
        <w:tc>
          <w:tcPr>
            <w:tcW w:w="521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</w:tcPr>
          <w:p w14:paraId="7B056510" w14:textId="77777777" w:rsidR="0012709F" w:rsidRDefault="004F062C">
            <w:r>
              <w:t>Temperatura di conservazione / Lagertemperatur</w:t>
            </w:r>
          </w:p>
        </w:tc>
        <w:tc>
          <w:tcPr>
            <w:tcW w:w="544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</w:tcPr>
          <w:p w14:paraId="6098FFE5" w14:textId="77777777" w:rsidR="0012709F" w:rsidRDefault="004F062C">
            <w:r>
              <w:t>0/+3°C</w:t>
            </w:r>
          </w:p>
        </w:tc>
      </w:tr>
      <w:tr w:rsidR="00AB3636" w:rsidRPr="00AB3636" w14:paraId="61F1DE9C" w14:textId="77777777" w:rsidTr="00AB3636">
        <w:trPr>
          <w:gridAfter w:val="1"/>
          <w:wAfter w:w="20" w:type="dxa"/>
          <w:jc w:val="center"/>
        </w:trPr>
        <w:tc>
          <w:tcPr>
            <w:tcW w:w="521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</w:tcPr>
          <w:p w14:paraId="00C003ED" w14:textId="0B039408" w:rsidR="00AB3636" w:rsidRDefault="00AB3636" w:rsidP="00AB3636">
            <w:r w:rsidRPr="00AB3636">
              <w:t xml:space="preserve">Shelf life / </w:t>
            </w:r>
            <w:proofErr w:type="spellStart"/>
            <w:r w:rsidRPr="00AB3636">
              <w:t>Haltbarkeit</w:t>
            </w:r>
            <w:proofErr w:type="spellEnd"/>
          </w:p>
        </w:tc>
        <w:tc>
          <w:tcPr>
            <w:tcW w:w="544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</w:tcPr>
          <w:p w14:paraId="54294D5C" w14:textId="4EA14D44" w:rsidR="00AB3636" w:rsidRPr="00AB3636" w:rsidRDefault="00AB3636" w:rsidP="00AB3636">
            <w:pPr>
              <w:rPr>
                <w:lang w:val="it-IT"/>
              </w:rPr>
            </w:pPr>
            <w:r w:rsidRPr="00A15639">
              <w:rPr>
                <w:lang w:val="it-IT"/>
              </w:rPr>
              <w:t xml:space="preserve">8 giorni dalla data di confezionamento / 8 Tage ab dem </w:t>
            </w:r>
            <w:proofErr w:type="spellStart"/>
            <w:r w:rsidRPr="00A15639">
              <w:rPr>
                <w:lang w:val="it-IT"/>
              </w:rPr>
              <w:t>Verpackungsdatum</w:t>
            </w:r>
            <w:proofErr w:type="spellEnd"/>
          </w:p>
        </w:tc>
      </w:tr>
      <w:tr w:rsidR="00AB3636" w:rsidRPr="00AB3636" w14:paraId="686B9C46" w14:textId="77777777" w:rsidTr="00AB3636">
        <w:trPr>
          <w:gridAfter w:val="1"/>
          <w:wAfter w:w="20" w:type="dxa"/>
          <w:jc w:val="center"/>
        </w:trPr>
        <w:tc>
          <w:tcPr>
            <w:tcW w:w="521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</w:tcPr>
          <w:p w14:paraId="70024CFE" w14:textId="1367A2AE" w:rsidR="00AB3636" w:rsidRPr="00AB3636" w:rsidRDefault="00AB3636" w:rsidP="00AB3636">
            <w:pPr>
              <w:rPr>
                <w:lang w:val="de-DE"/>
              </w:rPr>
            </w:pPr>
            <w:proofErr w:type="spellStart"/>
            <w:r w:rsidRPr="00AB3636">
              <w:rPr>
                <w:lang w:val="de-DE"/>
              </w:rPr>
              <w:t>Stato</w:t>
            </w:r>
            <w:proofErr w:type="spellEnd"/>
            <w:r w:rsidRPr="00AB3636">
              <w:rPr>
                <w:lang w:val="de-DE"/>
              </w:rPr>
              <w:t xml:space="preserve"> </w:t>
            </w:r>
            <w:proofErr w:type="spellStart"/>
            <w:r w:rsidRPr="00AB3636">
              <w:rPr>
                <w:lang w:val="de-DE"/>
              </w:rPr>
              <w:t>fisico</w:t>
            </w:r>
            <w:proofErr w:type="spellEnd"/>
            <w:r w:rsidRPr="00AB3636">
              <w:rPr>
                <w:lang w:val="de-DE"/>
              </w:rPr>
              <w:t xml:space="preserve"> / Physischer Zustand des Produkts</w:t>
            </w:r>
          </w:p>
        </w:tc>
        <w:tc>
          <w:tcPr>
            <w:tcW w:w="544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</w:tcPr>
          <w:p w14:paraId="2350A8E2" w14:textId="0719908F" w:rsidR="00AB3636" w:rsidRPr="00AB3636" w:rsidRDefault="00AB3636" w:rsidP="00AB3636">
            <w:pPr>
              <w:rPr>
                <w:lang w:val="de-DE"/>
              </w:rPr>
            </w:pPr>
            <w:r w:rsidRPr="00AB3636">
              <w:rPr>
                <w:lang w:val="de-DE"/>
              </w:rPr>
              <w:t xml:space="preserve">Fresco, non </w:t>
            </w:r>
            <w:proofErr w:type="spellStart"/>
            <w:r w:rsidRPr="00AB3636">
              <w:rPr>
                <w:lang w:val="de-DE"/>
              </w:rPr>
              <w:t>congelato</w:t>
            </w:r>
            <w:proofErr w:type="spellEnd"/>
            <w:r w:rsidRPr="00AB3636">
              <w:rPr>
                <w:lang w:val="de-DE"/>
              </w:rPr>
              <w:t xml:space="preserve"> e non </w:t>
            </w:r>
            <w:proofErr w:type="spellStart"/>
            <w:r w:rsidRPr="00AB3636">
              <w:rPr>
                <w:lang w:val="de-DE"/>
              </w:rPr>
              <w:t>decongelato</w:t>
            </w:r>
            <w:proofErr w:type="spellEnd"/>
            <w:r w:rsidRPr="00AB3636">
              <w:rPr>
                <w:lang w:val="de-DE"/>
              </w:rPr>
              <w:t xml:space="preserve"> / Frisch, nicht gefroren und nicht aufgetaut</w:t>
            </w:r>
          </w:p>
        </w:tc>
      </w:tr>
    </w:tbl>
    <w:p w14:paraId="44EAFD9C" w14:textId="77777777" w:rsidR="0012709F" w:rsidRPr="00AB3636" w:rsidRDefault="0012709F">
      <w:pPr>
        <w:spacing w:after="100"/>
        <w:rPr>
          <w:lang w:val="de-DE"/>
        </w:rPr>
      </w:pPr>
    </w:p>
    <w:p w14:paraId="4B94D5A5" w14:textId="77777777" w:rsidR="0012709F" w:rsidRPr="00AB3636" w:rsidRDefault="0012709F">
      <w:pPr>
        <w:spacing w:after="100"/>
        <w:rPr>
          <w:lang w:val="de-DE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16"/>
        <w:gridCol w:w="5443"/>
        <w:gridCol w:w="20"/>
      </w:tblGrid>
      <w:tr w:rsidR="0012709F" w14:paraId="140F98A2" w14:textId="77777777">
        <w:trPr>
          <w:jc w:val="center"/>
        </w:trPr>
        <w:tc>
          <w:tcPr>
            <w:tcW w:w="102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9ECF5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03331E6" w14:textId="77777777" w:rsidR="0012709F" w:rsidRDefault="004F062C">
            <w:r>
              <w:rPr>
                <w:b/>
                <w:sz w:val="17"/>
              </w:rPr>
              <w:t>DATI LOGISTICI / LOGISTIKDATEN</w:t>
            </w:r>
          </w:p>
        </w:tc>
      </w:tr>
      <w:tr w:rsidR="0012709F" w14:paraId="0077C78B" w14:textId="77777777" w:rsidTr="2F4228AE">
        <w:trPr>
          <w:gridAfter w:val="1"/>
          <w:wAfter w:w="20" w:type="dxa"/>
          <w:jc w:val="center"/>
        </w:trPr>
        <w:tc>
          <w:tcPr>
            <w:tcW w:w="521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160352B2" w14:textId="77777777" w:rsidR="0012709F" w:rsidRPr="00BB2CF7" w:rsidRDefault="004F062C">
            <w:pPr>
              <w:rPr>
                <w:lang w:val="de-DE"/>
              </w:rPr>
            </w:pPr>
            <w:r w:rsidRPr="00BB2CF7">
              <w:rPr>
                <w:lang w:val="de-DE"/>
              </w:rPr>
              <w:t>Peso medio pezzo / Durchschnittsgewicht pro Stück</w:t>
            </w:r>
          </w:p>
        </w:tc>
        <w:tc>
          <w:tcPr>
            <w:tcW w:w="544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0FBF8581" w14:textId="77777777" w:rsidR="0012709F" w:rsidRDefault="004F062C">
            <w:r>
              <w:t>0,20-0,32 kg</w:t>
            </w:r>
          </w:p>
        </w:tc>
      </w:tr>
      <w:tr w:rsidR="0012709F" w14:paraId="7C587B40" w14:textId="77777777" w:rsidTr="2F4228AE">
        <w:trPr>
          <w:gridAfter w:val="1"/>
          <w:wAfter w:w="20" w:type="dxa"/>
          <w:jc w:val="center"/>
        </w:trPr>
        <w:tc>
          <w:tcPr>
            <w:tcW w:w="521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1952FF28" w14:textId="77777777" w:rsidR="0012709F" w:rsidRPr="00BB2CF7" w:rsidRDefault="004F062C">
            <w:pPr>
              <w:rPr>
                <w:lang w:val="it-IT"/>
              </w:rPr>
            </w:pPr>
            <w:r w:rsidRPr="00BB2CF7">
              <w:rPr>
                <w:lang w:val="it-IT"/>
              </w:rPr>
              <w:t>Pezzi per contenitore / Stück pro Verpackung</w:t>
            </w:r>
          </w:p>
        </w:tc>
        <w:tc>
          <w:tcPr>
            <w:tcW w:w="544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3DB63C99" w14:textId="77777777" w:rsidR="0012709F" w:rsidRDefault="004F062C">
            <w:r>
              <w:t>2 filetti / 2 Filets</w:t>
            </w:r>
          </w:p>
        </w:tc>
      </w:tr>
      <w:tr w:rsidR="0012709F" w14:paraId="13E850BB" w14:textId="77777777" w:rsidTr="2F4228AE">
        <w:trPr>
          <w:gridAfter w:val="1"/>
          <w:wAfter w:w="20" w:type="dxa"/>
          <w:jc w:val="center"/>
        </w:trPr>
        <w:tc>
          <w:tcPr>
            <w:tcW w:w="521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10F6505F" w14:textId="77777777" w:rsidR="0012709F" w:rsidRPr="00BB2CF7" w:rsidRDefault="004F062C">
            <w:pPr>
              <w:rPr>
                <w:lang w:val="de-DE"/>
              </w:rPr>
            </w:pPr>
            <w:r w:rsidRPr="00BB2CF7">
              <w:rPr>
                <w:lang w:val="de-DE"/>
              </w:rPr>
              <w:t>Peso medio contenitore / Durchschnittsgewicht Verpackung</w:t>
            </w:r>
          </w:p>
        </w:tc>
        <w:tc>
          <w:tcPr>
            <w:tcW w:w="544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7DE778E7" w14:textId="77777777" w:rsidR="0012709F" w:rsidRDefault="004F062C">
            <w:r>
              <w:t>Variabile / Variabel</w:t>
            </w:r>
          </w:p>
        </w:tc>
      </w:tr>
      <w:tr w:rsidR="0012709F" w14:paraId="3194F4EF" w14:textId="77777777" w:rsidTr="2F4228AE">
        <w:trPr>
          <w:gridAfter w:val="1"/>
          <w:wAfter w:w="20" w:type="dxa"/>
          <w:jc w:val="center"/>
        </w:trPr>
        <w:tc>
          <w:tcPr>
            <w:tcW w:w="521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61D4C311" w14:textId="77777777" w:rsidR="0012709F" w:rsidRPr="00BB2CF7" w:rsidRDefault="004F062C">
            <w:pPr>
              <w:rPr>
                <w:lang w:val="it-IT"/>
              </w:rPr>
            </w:pPr>
            <w:r w:rsidRPr="00BB2CF7">
              <w:rPr>
                <w:lang w:val="it-IT"/>
              </w:rPr>
              <w:t>Tipologia confezionamento / Art der Verpackung</w:t>
            </w:r>
          </w:p>
        </w:tc>
        <w:tc>
          <w:tcPr>
            <w:tcW w:w="544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756047E8" w14:textId="77777777" w:rsidR="0012709F" w:rsidRDefault="004F062C">
            <w:r>
              <w:t>Confezionamento in skin / Skin-Verpackung</w:t>
            </w:r>
          </w:p>
        </w:tc>
      </w:tr>
      <w:tr w:rsidR="0012709F" w14:paraId="2E67FD8F" w14:textId="77777777" w:rsidTr="2F4228AE">
        <w:trPr>
          <w:gridAfter w:val="1"/>
          <w:wAfter w:w="20" w:type="dxa"/>
          <w:jc w:val="center"/>
        </w:trPr>
        <w:tc>
          <w:tcPr>
            <w:tcW w:w="521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0A09F80E" w14:textId="77777777" w:rsidR="0012709F" w:rsidRDefault="004F062C">
            <w:r>
              <w:t>Imballi primari / Primärverpackungen</w:t>
            </w:r>
          </w:p>
        </w:tc>
        <w:tc>
          <w:tcPr>
            <w:tcW w:w="544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08C7C9BB" w14:textId="77777777" w:rsidR="0012709F" w:rsidRDefault="004F062C">
            <w:r>
              <w:t>Film Cryovac / Cryovac-Folie</w:t>
            </w:r>
          </w:p>
        </w:tc>
      </w:tr>
      <w:tr w:rsidR="0012709F" w14:paraId="35B7858A" w14:textId="77777777" w:rsidTr="2F4228AE">
        <w:trPr>
          <w:gridAfter w:val="1"/>
          <w:wAfter w:w="20" w:type="dxa"/>
          <w:jc w:val="center"/>
        </w:trPr>
        <w:tc>
          <w:tcPr>
            <w:tcW w:w="521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00F9F212" w14:textId="77777777" w:rsidR="0012709F" w:rsidRDefault="004F062C">
            <w:r>
              <w:t>Imballo secondario / Sekundärverpackung</w:t>
            </w:r>
          </w:p>
        </w:tc>
        <w:tc>
          <w:tcPr>
            <w:tcW w:w="544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1EBE5A52" w14:textId="77777777" w:rsidR="0012709F" w:rsidRDefault="004F062C">
            <w:r>
              <w:t>Cartone / Karton</w:t>
            </w:r>
          </w:p>
        </w:tc>
      </w:tr>
      <w:tr w:rsidR="0012709F" w14:paraId="7573DCDB" w14:textId="77777777" w:rsidTr="2F4228AE">
        <w:trPr>
          <w:gridAfter w:val="1"/>
          <w:wAfter w:w="20" w:type="dxa"/>
          <w:jc w:val="center"/>
        </w:trPr>
        <w:tc>
          <w:tcPr>
            <w:tcW w:w="521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060AC409" w14:textId="77777777" w:rsidR="0012709F" w:rsidRDefault="004F062C">
            <w:r>
              <w:t>Dimensione contenitore / Größe der Verpackung</w:t>
            </w:r>
          </w:p>
        </w:tc>
        <w:tc>
          <w:tcPr>
            <w:tcW w:w="544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3DEEC669" w14:textId="564BC1E4" w:rsidR="0012709F" w:rsidRDefault="5578CD82">
            <w:r>
              <w:t>12 X 34</w:t>
            </w:r>
            <w:r w:rsidR="00BB2CF7">
              <w:t xml:space="preserve"> cm</w:t>
            </w:r>
          </w:p>
        </w:tc>
      </w:tr>
    </w:tbl>
    <w:p w14:paraId="3656B9AB" w14:textId="77777777" w:rsidR="0012709F" w:rsidRDefault="0012709F">
      <w:pPr>
        <w:spacing w:after="100"/>
      </w:pPr>
    </w:p>
    <w:p w14:paraId="45FB0818" w14:textId="77777777" w:rsidR="0012709F" w:rsidRDefault="0012709F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8391"/>
        <w:gridCol w:w="20"/>
      </w:tblGrid>
      <w:tr w:rsidR="0012709F" w14:paraId="6A350099" w14:textId="77777777">
        <w:trPr>
          <w:jc w:val="center"/>
        </w:trPr>
        <w:tc>
          <w:tcPr>
            <w:tcW w:w="102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9ECF5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3735751A" w14:textId="77777777" w:rsidR="0012709F" w:rsidRDefault="004F062C">
            <w:r>
              <w:rPr>
                <w:b/>
                <w:sz w:val="17"/>
              </w:rPr>
              <w:t>INFORMAZIONI AGGIUNTIVE / ZUSATZINFORMATIONEN</w:t>
            </w:r>
          </w:p>
        </w:tc>
      </w:tr>
      <w:tr w:rsidR="0012709F" w:rsidRPr="00AB3636" w14:paraId="7EDCACAD" w14:textId="77777777">
        <w:trPr>
          <w:gridAfter w:val="1"/>
          <w:wAfter w:w="20" w:type="dxa"/>
          <w:jc w:val="center"/>
        </w:trPr>
        <w:tc>
          <w:tcPr>
            <w:tcW w:w="2268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28C40D2E" w14:textId="6903CF2E" w:rsidR="0012709F" w:rsidRDefault="004F062C">
            <w:proofErr w:type="spellStart"/>
            <w:r>
              <w:rPr>
                <w:b/>
              </w:rPr>
              <w:t>Etichettatura</w:t>
            </w:r>
            <w:proofErr w:type="spellEnd"/>
            <w:r w:rsidR="00AB3636">
              <w:rPr>
                <w:b/>
              </w:rPr>
              <w:t xml:space="preserve"> / </w:t>
            </w:r>
            <w:proofErr w:type="spellStart"/>
            <w:r w:rsidR="00AB3636" w:rsidRPr="00EF16E5">
              <w:rPr>
                <w:b/>
              </w:rPr>
              <w:t>Kennzeichnung</w:t>
            </w:r>
            <w:proofErr w:type="spellEnd"/>
          </w:p>
        </w:tc>
        <w:tc>
          <w:tcPr>
            <w:tcW w:w="8391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10B0348D" w14:textId="56C52985" w:rsidR="0012709F" w:rsidRPr="00AB3636" w:rsidRDefault="004F062C">
            <w:pPr>
              <w:rPr>
                <w:lang w:val="de-DE"/>
              </w:rPr>
            </w:pPr>
            <w:proofErr w:type="spellStart"/>
            <w:r w:rsidRPr="00AB3636">
              <w:rPr>
                <w:lang w:val="de-DE"/>
              </w:rPr>
              <w:t>Prodotto</w:t>
            </w:r>
            <w:proofErr w:type="spellEnd"/>
            <w:r w:rsidRPr="00AB3636">
              <w:rPr>
                <w:lang w:val="de-DE"/>
              </w:rPr>
              <w:t xml:space="preserve"> </w:t>
            </w:r>
            <w:proofErr w:type="spellStart"/>
            <w:r w:rsidRPr="00AB3636">
              <w:rPr>
                <w:lang w:val="de-DE"/>
              </w:rPr>
              <w:t>etichettato</w:t>
            </w:r>
            <w:proofErr w:type="spellEnd"/>
            <w:r w:rsidRPr="00AB3636">
              <w:rPr>
                <w:lang w:val="de-DE"/>
              </w:rPr>
              <w:t xml:space="preserve"> in </w:t>
            </w:r>
            <w:proofErr w:type="spellStart"/>
            <w:r w:rsidRPr="00AB3636">
              <w:rPr>
                <w:lang w:val="de-DE"/>
              </w:rPr>
              <w:t>conformità</w:t>
            </w:r>
            <w:proofErr w:type="spellEnd"/>
            <w:r w:rsidRPr="00AB3636">
              <w:rPr>
                <w:lang w:val="de-DE"/>
              </w:rPr>
              <w:t xml:space="preserve"> al Reg 1169/11 UE</w:t>
            </w:r>
            <w:r w:rsidR="00AB3636" w:rsidRPr="00AB3636">
              <w:rPr>
                <w:lang w:val="de-DE"/>
              </w:rPr>
              <w:t xml:space="preserve"> / </w:t>
            </w:r>
            <w:r w:rsidR="00AB3636" w:rsidRPr="00884364">
              <w:rPr>
                <w:lang w:val="de-DE"/>
              </w:rPr>
              <w:t>Produkt gemäß der EU-Verordnung (EU) Nr. 1169/2011 gekennzeichnet</w:t>
            </w:r>
          </w:p>
        </w:tc>
      </w:tr>
      <w:tr w:rsidR="0012709F" w:rsidRPr="00AB3636" w14:paraId="5B1150F7" w14:textId="77777777">
        <w:trPr>
          <w:gridAfter w:val="1"/>
          <w:wAfter w:w="20" w:type="dxa"/>
          <w:jc w:val="center"/>
        </w:trPr>
        <w:tc>
          <w:tcPr>
            <w:tcW w:w="2268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338483C2" w14:textId="001667A4" w:rsidR="0012709F" w:rsidRPr="00AB3636" w:rsidRDefault="004F062C">
            <w:pPr>
              <w:rPr>
                <w:lang w:val="de-DE"/>
              </w:rPr>
            </w:pPr>
            <w:proofErr w:type="spellStart"/>
            <w:r w:rsidRPr="00AB3636">
              <w:rPr>
                <w:b/>
                <w:lang w:val="de-DE"/>
              </w:rPr>
              <w:t>Idoneità</w:t>
            </w:r>
            <w:proofErr w:type="spellEnd"/>
            <w:r w:rsidRPr="00AB3636">
              <w:rPr>
                <w:b/>
                <w:lang w:val="de-DE"/>
              </w:rPr>
              <w:t xml:space="preserve"> Imballi </w:t>
            </w:r>
            <w:proofErr w:type="spellStart"/>
            <w:r w:rsidR="00AB3636" w:rsidRPr="00AB3636">
              <w:rPr>
                <w:b/>
                <w:lang w:val="de-DE"/>
              </w:rPr>
              <w:t>primary</w:t>
            </w:r>
            <w:proofErr w:type="spellEnd"/>
            <w:r w:rsidR="00AB3636" w:rsidRPr="00AB3636">
              <w:rPr>
                <w:b/>
                <w:lang w:val="de-DE"/>
              </w:rPr>
              <w:t xml:space="preserve"> / </w:t>
            </w:r>
            <w:r w:rsidR="00AB3636" w:rsidRPr="00EF16E5">
              <w:rPr>
                <w:b/>
                <w:lang w:val="de-DE"/>
              </w:rPr>
              <w:t>Eignung der Primärverpackungen</w:t>
            </w:r>
          </w:p>
        </w:tc>
        <w:tc>
          <w:tcPr>
            <w:tcW w:w="8391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61740D7B" w14:textId="3BF91A63" w:rsidR="0012709F" w:rsidRPr="00AB3636" w:rsidRDefault="004F062C">
            <w:pPr>
              <w:rPr>
                <w:lang w:val="de-DE"/>
              </w:rPr>
            </w:pPr>
            <w:r w:rsidRPr="00BB2CF7">
              <w:rPr>
                <w:lang w:val="it-IT"/>
              </w:rPr>
              <w:t xml:space="preserve">Gli imballi primari sono idonei: Reg (UE) 1935/2004, Reg (UE) 10/2011, 2023/2006 (UE) Reg. </w:t>
            </w:r>
            <w:r w:rsidRPr="00AB3636">
              <w:rPr>
                <w:lang w:val="de-DE"/>
              </w:rPr>
              <w:t xml:space="preserve">CE 1895/ 2005, D.M. 21/3/73, DPR 777/82, DPR 108/1992 e </w:t>
            </w:r>
            <w:proofErr w:type="spellStart"/>
            <w:r w:rsidRPr="00AB3636">
              <w:rPr>
                <w:lang w:val="de-DE"/>
              </w:rPr>
              <w:t>successive</w:t>
            </w:r>
            <w:proofErr w:type="spellEnd"/>
            <w:r w:rsidRPr="00AB3636">
              <w:rPr>
                <w:lang w:val="de-DE"/>
              </w:rPr>
              <w:t xml:space="preserve"> </w:t>
            </w:r>
            <w:proofErr w:type="spellStart"/>
            <w:r w:rsidRPr="00AB3636">
              <w:rPr>
                <w:lang w:val="de-DE"/>
              </w:rPr>
              <w:t>modifiche</w:t>
            </w:r>
            <w:proofErr w:type="spellEnd"/>
            <w:r w:rsidR="00AB3636" w:rsidRPr="00AB3636">
              <w:rPr>
                <w:lang w:val="de-DE"/>
              </w:rPr>
              <w:t xml:space="preserve"> / </w:t>
            </w:r>
            <w:r w:rsidR="00AB3636" w:rsidRPr="00884364">
              <w:rPr>
                <w:lang w:val="de-DE"/>
              </w:rPr>
              <w:t>Die Primärverpackungen sind geeignet und entsprechen folgenden Vorschriften: Verordnung (EU) Nr. 1935/2004, Verordnung (EU) Nr. 10/2011, Verordnung (EG) Nr. 2023/2006, Verordnung (EG) Nr. 1895/2005, Ministerialdekret vom 21.03.1973, DPR Nr. 777/1982, DPR Nr. 108/1992 sowie deren nachfolgenden Änderungen</w:t>
            </w:r>
          </w:p>
        </w:tc>
      </w:tr>
      <w:tr w:rsidR="0012709F" w14:paraId="5BEB54E2" w14:textId="77777777">
        <w:trPr>
          <w:gridAfter w:val="1"/>
          <w:wAfter w:w="20" w:type="dxa"/>
          <w:jc w:val="center"/>
        </w:trPr>
        <w:tc>
          <w:tcPr>
            <w:tcW w:w="2268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0D094E5C" w14:textId="4379D7BB" w:rsidR="0012709F" w:rsidRPr="00BB2CF7" w:rsidRDefault="004F062C">
            <w:pPr>
              <w:rPr>
                <w:lang w:val="it-IT"/>
              </w:rPr>
            </w:pPr>
            <w:r w:rsidRPr="00BB2CF7">
              <w:rPr>
                <w:b/>
                <w:lang w:val="it-IT"/>
              </w:rPr>
              <w:t>OGM e derivati da OGM</w:t>
            </w:r>
            <w:r w:rsidR="00AB3636">
              <w:rPr>
                <w:b/>
                <w:lang w:val="it-IT"/>
              </w:rPr>
              <w:t xml:space="preserve"> / </w:t>
            </w:r>
            <w:r w:rsidR="00AB3636" w:rsidRPr="00EF16E5">
              <w:rPr>
                <w:b/>
                <w:lang w:val="it-IT"/>
              </w:rPr>
              <w:t>GVO und GVO-Derivate</w:t>
            </w:r>
          </w:p>
        </w:tc>
        <w:tc>
          <w:tcPr>
            <w:tcW w:w="8391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3F20C7BA" w14:textId="6FF9BF97" w:rsidR="0012709F" w:rsidRDefault="004F062C">
            <w:r w:rsidRPr="00BB2CF7">
              <w:rPr>
                <w:lang w:val="it-IT"/>
              </w:rPr>
              <w:t xml:space="preserve">Il prodotto non è OGM, non deriva da OGM e non contiene ingredienti derivati da OGM. </w:t>
            </w:r>
            <w:r w:rsidRPr="00AB3636">
              <w:rPr>
                <w:lang w:val="de-DE"/>
              </w:rPr>
              <w:t>(Reg. 1829/2003 e 1830/2003 CE)</w:t>
            </w:r>
            <w:r w:rsidR="00AB3636" w:rsidRPr="00AB3636">
              <w:rPr>
                <w:lang w:val="de-DE"/>
              </w:rPr>
              <w:t xml:space="preserve"> / </w:t>
            </w:r>
            <w:r w:rsidR="00AB3636" w:rsidRPr="00AB3636">
              <w:rPr>
                <w:lang w:val="de-DE"/>
              </w:rPr>
              <w:t xml:space="preserve">Das Produkt ist nicht gentechnisch verändert, stammt nicht aus gentechnisch veränderten Organismen (GVO) und enthält keine Zutaten, die aus GVO gewonnen wurden. </w:t>
            </w:r>
            <w:r w:rsidR="00AB3636" w:rsidRPr="00AB3636">
              <w:t>(</w:t>
            </w:r>
            <w:proofErr w:type="spellStart"/>
            <w:r w:rsidR="00AB3636" w:rsidRPr="00AB3636">
              <w:t>Verordnungen</w:t>
            </w:r>
            <w:proofErr w:type="spellEnd"/>
            <w:r w:rsidR="00AB3636" w:rsidRPr="00AB3636">
              <w:t xml:space="preserve"> (EG) Nr. 1829/2003 und 1830/2003)</w:t>
            </w:r>
          </w:p>
        </w:tc>
      </w:tr>
      <w:tr w:rsidR="0012709F" w:rsidRPr="00AB3636" w14:paraId="33AA9C46" w14:textId="77777777">
        <w:trPr>
          <w:gridAfter w:val="1"/>
          <w:wAfter w:w="20" w:type="dxa"/>
          <w:jc w:val="center"/>
        </w:trPr>
        <w:tc>
          <w:tcPr>
            <w:tcW w:w="2268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035F8FA7" w14:textId="7A3E07C3" w:rsidR="0012709F" w:rsidRDefault="004F062C">
            <w:proofErr w:type="spellStart"/>
            <w:r>
              <w:rPr>
                <w:b/>
              </w:rPr>
              <w:t>Ionizzazione</w:t>
            </w:r>
            <w:proofErr w:type="spellEnd"/>
            <w:r w:rsidR="00AB3636">
              <w:rPr>
                <w:b/>
              </w:rPr>
              <w:t xml:space="preserve"> / </w:t>
            </w:r>
            <w:proofErr w:type="spellStart"/>
            <w:r w:rsidR="00AB3636" w:rsidRPr="00EF16E5">
              <w:rPr>
                <w:b/>
              </w:rPr>
              <w:t>Ionisierung</w:t>
            </w:r>
            <w:proofErr w:type="spellEnd"/>
          </w:p>
        </w:tc>
        <w:tc>
          <w:tcPr>
            <w:tcW w:w="8391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4061D78C" w14:textId="6A7FE9FC" w:rsidR="0012709F" w:rsidRPr="00AB3636" w:rsidRDefault="004F062C">
            <w:r w:rsidRPr="00AB3636">
              <w:t xml:space="preserve">Il </w:t>
            </w:r>
            <w:proofErr w:type="spellStart"/>
            <w:r w:rsidRPr="00AB3636">
              <w:t>prodotto</w:t>
            </w:r>
            <w:proofErr w:type="spellEnd"/>
            <w:r w:rsidRPr="00AB3636">
              <w:t xml:space="preserve"> non ha subito </w:t>
            </w:r>
            <w:proofErr w:type="spellStart"/>
            <w:r w:rsidRPr="00AB3636">
              <w:t>trattamenti</w:t>
            </w:r>
            <w:proofErr w:type="spellEnd"/>
            <w:r w:rsidRPr="00AB3636">
              <w:t xml:space="preserve"> con </w:t>
            </w:r>
            <w:proofErr w:type="spellStart"/>
            <w:r w:rsidRPr="00AB3636">
              <w:t>radiazioni</w:t>
            </w:r>
            <w:proofErr w:type="spellEnd"/>
            <w:r w:rsidRPr="00AB3636">
              <w:t xml:space="preserve"> </w:t>
            </w:r>
            <w:proofErr w:type="spellStart"/>
            <w:r w:rsidRPr="00AB3636">
              <w:t>ionizzanti</w:t>
            </w:r>
            <w:proofErr w:type="spellEnd"/>
            <w:r w:rsidRPr="00AB3636">
              <w:t xml:space="preserve"> e non </w:t>
            </w:r>
            <w:proofErr w:type="spellStart"/>
            <w:r w:rsidRPr="00AB3636">
              <w:t>contiene</w:t>
            </w:r>
            <w:proofErr w:type="spellEnd"/>
            <w:r w:rsidRPr="00AB3636">
              <w:t xml:space="preserve"> </w:t>
            </w:r>
            <w:proofErr w:type="spellStart"/>
            <w:r w:rsidRPr="00AB3636">
              <w:t>ingredienti</w:t>
            </w:r>
            <w:proofErr w:type="spellEnd"/>
            <w:r w:rsidRPr="00AB3636">
              <w:t xml:space="preserve"> </w:t>
            </w:r>
            <w:proofErr w:type="spellStart"/>
            <w:r w:rsidRPr="00AB3636">
              <w:t>ionizzanti</w:t>
            </w:r>
            <w:proofErr w:type="spellEnd"/>
            <w:r w:rsidRPr="00AB3636">
              <w:t xml:space="preserve"> (Dir CE 1999/2 e 1999/3)</w:t>
            </w:r>
            <w:r w:rsidR="00AB3636" w:rsidRPr="00AB3636">
              <w:t xml:space="preserve"> / </w:t>
            </w:r>
            <w:r w:rsidR="00AB3636" w:rsidRPr="00884364">
              <w:t xml:space="preserve">Das </w:t>
            </w:r>
            <w:proofErr w:type="spellStart"/>
            <w:r w:rsidR="00AB3636" w:rsidRPr="00884364">
              <w:t>Produkt</w:t>
            </w:r>
            <w:proofErr w:type="spellEnd"/>
            <w:r w:rsidR="00AB3636" w:rsidRPr="00884364">
              <w:t xml:space="preserve"> </w:t>
            </w:r>
            <w:proofErr w:type="spellStart"/>
            <w:r w:rsidR="00AB3636" w:rsidRPr="00884364">
              <w:t>wurde</w:t>
            </w:r>
            <w:proofErr w:type="spellEnd"/>
            <w:r w:rsidR="00AB3636" w:rsidRPr="00884364">
              <w:t xml:space="preserve"> </w:t>
            </w:r>
            <w:proofErr w:type="spellStart"/>
            <w:r w:rsidR="00AB3636" w:rsidRPr="00884364">
              <w:t>keiner</w:t>
            </w:r>
            <w:proofErr w:type="spellEnd"/>
            <w:r w:rsidR="00AB3636" w:rsidRPr="00884364">
              <w:t xml:space="preserve"> </w:t>
            </w:r>
            <w:proofErr w:type="spellStart"/>
            <w:r w:rsidR="00AB3636" w:rsidRPr="00884364">
              <w:t>Behandlung</w:t>
            </w:r>
            <w:proofErr w:type="spellEnd"/>
            <w:r w:rsidR="00AB3636" w:rsidRPr="00884364">
              <w:t xml:space="preserve"> </w:t>
            </w:r>
            <w:proofErr w:type="spellStart"/>
            <w:r w:rsidR="00AB3636" w:rsidRPr="00884364">
              <w:t>mit</w:t>
            </w:r>
            <w:proofErr w:type="spellEnd"/>
            <w:r w:rsidR="00AB3636" w:rsidRPr="00884364">
              <w:t xml:space="preserve"> </w:t>
            </w:r>
            <w:proofErr w:type="spellStart"/>
            <w:r w:rsidR="00AB3636" w:rsidRPr="00884364">
              <w:t>ionisierender</w:t>
            </w:r>
            <w:proofErr w:type="spellEnd"/>
            <w:r w:rsidR="00AB3636" w:rsidRPr="00884364">
              <w:t xml:space="preserve"> </w:t>
            </w:r>
            <w:proofErr w:type="spellStart"/>
            <w:r w:rsidR="00AB3636" w:rsidRPr="00884364">
              <w:t>Strahlung</w:t>
            </w:r>
            <w:proofErr w:type="spellEnd"/>
            <w:r w:rsidR="00AB3636" w:rsidRPr="00884364">
              <w:t xml:space="preserve"> </w:t>
            </w:r>
            <w:proofErr w:type="spellStart"/>
            <w:r w:rsidR="00AB3636" w:rsidRPr="00884364">
              <w:t>unterzogen</w:t>
            </w:r>
            <w:proofErr w:type="spellEnd"/>
            <w:r w:rsidR="00AB3636" w:rsidRPr="00884364">
              <w:t xml:space="preserve"> und </w:t>
            </w:r>
            <w:proofErr w:type="spellStart"/>
            <w:r w:rsidR="00AB3636" w:rsidRPr="00884364">
              <w:t>enthält</w:t>
            </w:r>
            <w:proofErr w:type="spellEnd"/>
            <w:r w:rsidR="00AB3636" w:rsidRPr="00884364">
              <w:t xml:space="preserve"> </w:t>
            </w:r>
            <w:proofErr w:type="spellStart"/>
            <w:r w:rsidR="00AB3636" w:rsidRPr="00884364">
              <w:t>keine</w:t>
            </w:r>
            <w:proofErr w:type="spellEnd"/>
            <w:r w:rsidR="00AB3636" w:rsidRPr="00884364">
              <w:t xml:space="preserve"> </w:t>
            </w:r>
            <w:proofErr w:type="spellStart"/>
            <w:r w:rsidR="00AB3636" w:rsidRPr="00884364">
              <w:t>ionisierten</w:t>
            </w:r>
            <w:proofErr w:type="spellEnd"/>
            <w:r w:rsidR="00AB3636" w:rsidRPr="00884364">
              <w:t xml:space="preserve"> </w:t>
            </w:r>
            <w:proofErr w:type="spellStart"/>
            <w:r w:rsidR="00AB3636" w:rsidRPr="00884364">
              <w:t>Zutaten</w:t>
            </w:r>
            <w:proofErr w:type="spellEnd"/>
            <w:r w:rsidR="00AB3636" w:rsidRPr="00884364">
              <w:t xml:space="preserve"> (</w:t>
            </w:r>
            <w:proofErr w:type="spellStart"/>
            <w:r w:rsidR="00AB3636" w:rsidRPr="00884364">
              <w:t>Richtlinien</w:t>
            </w:r>
            <w:proofErr w:type="spellEnd"/>
            <w:r w:rsidR="00AB3636" w:rsidRPr="00884364">
              <w:t xml:space="preserve"> 1999/2/EG und 1999/3/EG)</w:t>
            </w:r>
          </w:p>
        </w:tc>
      </w:tr>
      <w:tr w:rsidR="0012709F" w:rsidRPr="00AB3636" w14:paraId="24C5D155" w14:textId="77777777">
        <w:trPr>
          <w:gridAfter w:val="1"/>
          <w:wAfter w:w="20" w:type="dxa"/>
          <w:jc w:val="center"/>
        </w:trPr>
        <w:tc>
          <w:tcPr>
            <w:tcW w:w="2268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02567325" w14:textId="0700380F" w:rsidR="0012709F" w:rsidRDefault="004F062C">
            <w:proofErr w:type="spellStart"/>
            <w:r>
              <w:rPr>
                <w:b/>
              </w:rPr>
              <w:t>Controllo</w:t>
            </w:r>
            <w:proofErr w:type="spellEnd"/>
            <w:r>
              <w:rPr>
                <w:b/>
              </w:rPr>
              <w:t xml:space="preserve"> Qualità</w:t>
            </w:r>
            <w:r w:rsidR="00AB3636">
              <w:rPr>
                <w:b/>
              </w:rPr>
              <w:t xml:space="preserve"> / </w:t>
            </w:r>
            <w:proofErr w:type="spellStart"/>
            <w:r w:rsidR="00104E04" w:rsidRPr="00104E04">
              <w:rPr>
                <w:b/>
              </w:rPr>
              <w:t>Qualitätskontrolle</w:t>
            </w:r>
            <w:proofErr w:type="spellEnd"/>
          </w:p>
        </w:tc>
        <w:tc>
          <w:tcPr>
            <w:tcW w:w="8391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2D8B7E58" w14:textId="20A13D08" w:rsidR="0012709F" w:rsidRPr="00AB3636" w:rsidRDefault="004F062C">
            <w:pPr>
              <w:rPr>
                <w:lang w:val="de-DE"/>
              </w:rPr>
            </w:pPr>
            <w:proofErr w:type="spellStart"/>
            <w:r w:rsidRPr="00AB3636">
              <w:rPr>
                <w:lang w:val="de-DE"/>
              </w:rPr>
              <w:t>L’azienda</w:t>
            </w:r>
            <w:proofErr w:type="spellEnd"/>
            <w:r w:rsidRPr="00AB3636">
              <w:rPr>
                <w:lang w:val="de-DE"/>
              </w:rPr>
              <w:t xml:space="preserve"> </w:t>
            </w:r>
            <w:proofErr w:type="spellStart"/>
            <w:r w:rsidRPr="00AB3636">
              <w:rPr>
                <w:lang w:val="de-DE"/>
              </w:rPr>
              <w:t>opera</w:t>
            </w:r>
            <w:proofErr w:type="spellEnd"/>
            <w:r w:rsidRPr="00AB3636">
              <w:rPr>
                <w:lang w:val="de-DE"/>
              </w:rPr>
              <w:t xml:space="preserve"> in </w:t>
            </w:r>
            <w:proofErr w:type="spellStart"/>
            <w:r w:rsidRPr="00AB3636">
              <w:rPr>
                <w:lang w:val="de-DE"/>
              </w:rPr>
              <w:t>ottemperanza</w:t>
            </w:r>
            <w:proofErr w:type="spellEnd"/>
            <w:r w:rsidRPr="00AB3636">
              <w:rPr>
                <w:lang w:val="de-DE"/>
              </w:rPr>
              <w:t xml:space="preserve"> alla </w:t>
            </w:r>
            <w:proofErr w:type="spellStart"/>
            <w:r w:rsidRPr="00AB3636">
              <w:rPr>
                <w:lang w:val="de-DE"/>
              </w:rPr>
              <w:t>normativa</w:t>
            </w:r>
            <w:proofErr w:type="spellEnd"/>
            <w:r w:rsidRPr="00AB3636">
              <w:rPr>
                <w:lang w:val="de-DE"/>
              </w:rPr>
              <w:t xml:space="preserve"> </w:t>
            </w:r>
            <w:proofErr w:type="spellStart"/>
            <w:r w:rsidRPr="00AB3636">
              <w:rPr>
                <w:lang w:val="de-DE"/>
              </w:rPr>
              <w:t>nazionale</w:t>
            </w:r>
            <w:proofErr w:type="spellEnd"/>
            <w:r w:rsidRPr="00AB3636">
              <w:rPr>
                <w:lang w:val="de-DE"/>
              </w:rPr>
              <w:t xml:space="preserve"> </w:t>
            </w:r>
            <w:proofErr w:type="spellStart"/>
            <w:r w:rsidRPr="00AB3636">
              <w:rPr>
                <w:lang w:val="de-DE"/>
              </w:rPr>
              <w:t>ed</w:t>
            </w:r>
            <w:proofErr w:type="spellEnd"/>
            <w:r w:rsidRPr="00AB3636">
              <w:rPr>
                <w:lang w:val="de-DE"/>
              </w:rPr>
              <w:t xml:space="preserve"> europea, in </w:t>
            </w:r>
            <w:proofErr w:type="spellStart"/>
            <w:r w:rsidRPr="00AB3636">
              <w:rPr>
                <w:lang w:val="de-DE"/>
              </w:rPr>
              <w:t>regime</w:t>
            </w:r>
            <w:proofErr w:type="spellEnd"/>
            <w:r w:rsidRPr="00AB3636">
              <w:rPr>
                <w:lang w:val="de-DE"/>
              </w:rPr>
              <w:t xml:space="preserve"> di </w:t>
            </w:r>
            <w:proofErr w:type="spellStart"/>
            <w:r w:rsidRPr="00AB3636">
              <w:rPr>
                <w:lang w:val="de-DE"/>
              </w:rPr>
              <w:t>autocontrollo</w:t>
            </w:r>
            <w:proofErr w:type="spellEnd"/>
            <w:r w:rsidRPr="00AB3636">
              <w:rPr>
                <w:lang w:val="de-DE"/>
              </w:rPr>
              <w:t xml:space="preserve"> </w:t>
            </w:r>
            <w:proofErr w:type="spellStart"/>
            <w:r w:rsidRPr="00AB3636">
              <w:rPr>
                <w:lang w:val="de-DE"/>
              </w:rPr>
              <w:t>ed</w:t>
            </w:r>
            <w:proofErr w:type="spellEnd"/>
            <w:r w:rsidRPr="00AB3636">
              <w:rPr>
                <w:lang w:val="de-DE"/>
              </w:rPr>
              <w:t xml:space="preserve"> in </w:t>
            </w:r>
            <w:proofErr w:type="spellStart"/>
            <w:r w:rsidRPr="00AB3636">
              <w:rPr>
                <w:lang w:val="de-DE"/>
              </w:rPr>
              <w:t>conformità</w:t>
            </w:r>
            <w:proofErr w:type="spellEnd"/>
            <w:r w:rsidRPr="00AB3636">
              <w:rPr>
                <w:lang w:val="de-DE"/>
              </w:rPr>
              <w:t xml:space="preserve"> ai </w:t>
            </w:r>
            <w:proofErr w:type="spellStart"/>
            <w:r w:rsidRPr="00AB3636">
              <w:rPr>
                <w:lang w:val="de-DE"/>
              </w:rPr>
              <w:t>principi</w:t>
            </w:r>
            <w:proofErr w:type="spellEnd"/>
            <w:r w:rsidRPr="00AB3636">
              <w:rPr>
                <w:lang w:val="de-DE"/>
              </w:rPr>
              <w:t xml:space="preserve"> del </w:t>
            </w:r>
            <w:proofErr w:type="spellStart"/>
            <w:r w:rsidRPr="00AB3636">
              <w:rPr>
                <w:lang w:val="de-DE"/>
              </w:rPr>
              <w:t>sistema</w:t>
            </w:r>
            <w:proofErr w:type="spellEnd"/>
            <w:r w:rsidRPr="00AB3636">
              <w:rPr>
                <w:lang w:val="de-DE"/>
              </w:rPr>
              <w:t xml:space="preserve"> HACCP</w:t>
            </w:r>
            <w:r w:rsidR="00AB3636" w:rsidRPr="00AB3636">
              <w:rPr>
                <w:lang w:val="de-DE"/>
              </w:rPr>
              <w:t xml:space="preserve"> / </w:t>
            </w:r>
            <w:r w:rsidR="00AB3636" w:rsidRPr="00AB3636">
              <w:rPr>
                <w:lang w:val="de-DE"/>
              </w:rPr>
              <w:t>Das Unternehmen arbeitet unter Einhaltung der nationalen und europäischen Rechtsvorschriften im Rahmen der Eigenkontrolle und in Übereinstimmung mit den Grundsätzen des HACCP-Systems</w:t>
            </w:r>
          </w:p>
        </w:tc>
      </w:tr>
      <w:tr w:rsidR="0012709F" w14:paraId="6CA48797" w14:textId="77777777">
        <w:trPr>
          <w:gridAfter w:val="1"/>
          <w:wAfter w:w="20" w:type="dxa"/>
          <w:jc w:val="center"/>
        </w:trPr>
        <w:tc>
          <w:tcPr>
            <w:tcW w:w="2268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32185D9F" w14:textId="19FCC8B9" w:rsidR="0012709F" w:rsidRDefault="004F062C">
            <w:r>
              <w:rPr>
                <w:b/>
              </w:rPr>
              <w:t xml:space="preserve">Bollo </w:t>
            </w:r>
            <w:r w:rsidR="00BB2CF7">
              <w:rPr>
                <w:b/>
              </w:rPr>
              <w:t>UE</w:t>
            </w:r>
            <w:r>
              <w:rPr>
                <w:b/>
              </w:rPr>
              <w:t xml:space="preserve"> / </w:t>
            </w:r>
            <w:r w:rsidR="00BB2CF7">
              <w:rPr>
                <w:b/>
              </w:rPr>
              <w:t>UE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Kennzeichen</w:t>
            </w:r>
            <w:proofErr w:type="spellEnd"/>
          </w:p>
        </w:tc>
        <w:tc>
          <w:tcPr>
            <w:tcW w:w="8391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4930BBE4" w14:textId="77777777" w:rsidR="0012709F" w:rsidRDefault="004F062C">
            <w:r>
              <w:t>IT709</w:t>
            </w:r>
          </w:p>
        </w:tc>
      </w:tr>
    </w:tbl>
    <w:p w14:paraId="049F31CB" w14:textId="77777777" w:rsidR="0012709F" w:rsidRDefault="0012709F">
      <w:pPr>
        <w:spacing w:after="20"/>
      </w:pPr>
    </w:p>
    <w:p w14:paraId="53128261" w14:textId="77777777" w:rsidR="0012709F" w:rsidRDefault="0012709F">
      <w:pPr>
        <w:spacing w:after="20"/>
      </w:pPr>
    </w:p>
    <w:p w14:paraId="62486C05" w14:textId="77777777" w:rsidR="0012709F" w:rsidRDefault="0012709F">
      <w:pPr>
        <w:spacing w:after="20"/>
      </w:pPr>
    </w:p>
    <w:p w14:paraId="4101652C" w14:textId="77777777" w:rsidR="0012709F" w:rsidRDefault="0012709F">
      <w:pPr>
        <w:spacing w:after="20"/>
      </w:pPr>
    </w:p>
    <w:p w14:paraId="4B99056E" w14:textId="77777777" w:rsidR="0012709F" w:rsidRDefault="0012709F">
      <w:pPr>
        <w:spacing w:after="20"/>
      </w:pPr>
    </w:p>
    <w:p w14:paraId="1299C43A" w14:textId="77777777" w:rsidR="0012709F" w:rsidRDefault="0012709F">
      <w:pPr>
        <w:spacing w:after="20"/>
      </w:pPr>
    </w:p>
    <w:p w14:paraId="4DDBEF00" w14:textId="77777777" w:rsidR="0012709F" w:rsidRDefault="0012709F">
      <w:pPr>
        <w:spacing w:after="20"/>
      </w:pPr>
    </w:p>
    <w:p w14:paraId="3461D779" w14:textId="77777777" w:rsidR="0012709F" w:rsidRDefault="0012709F">
      <w:pPr>
        <w:spacing w:after="20"/>
      </w:pPr>
    </w:p>
    <w:p w14:paraId="59AE1950" w14:textId="77777777" w:rsidR="0012709F" w:rsidRDefault="2F4228AE">
      <w:pPr>
        <w:spacing w:after="20"/>
      </w:pPr>
      <w:r>
        <w:t xml:space="preserve">Rev. </w:t>
      </w:r>
    </w:p>
    <w:p w14:paraId="480D5297" w14:textId="2E734349" w:rsidR="0012709F" w:rsidRDefault="2F4228AE">
      <w:pPr>
        <w:spacing w:after="120"/>
      </w:pPr>
      <w:r>
        <w:t>DATA / DATUM: 23 /09/ 2026</w:t>
      </w:r>
    </w:p>
    <w:p w14:paraId="0A93E2CC" w14:textId="77777777" w:rsidR="0012709F" w:rsidRDefault="004F062C">
      <w:r>
        <w:rPr>
          <w:b/>
          <w:sz w:val="14"/>
        </w:rPr>
        <w:t>Approvato dal Responsabile Assicurazione Qualità</w:t>
      </w:r>
    </w:p>
    <w:p w14:paraId="244A6A39" w14:textId="77777777" w:rsidR="0012709F" w:rsidRDefault="004F062C">
      <w:r>
        <w:rPr>
          <w:b/>
          <w:sz w:val="14"/>
        </w:rPr>
        <w:t>Genehmigt vom Qualitätsmanager</w:t>
      </w:r>
    </w:p>
    <w:sectPr w:rsidR="0012709F" w:rsidSect="00034616">
      <w:pgSz w:w="11906" w:h="16838"/>
      <w:pgMar w:top="454" w:right="822" w:bottom="454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4948126">
    <w:abstractNumId w:val="8"/>
  </w:num>
  <w:num w:numId="2" w16cid:durableId="1236620959">
    <w:abstractNumId w:val="6"/>
  </w:num>
  <w:num w:numId="3" w16cid:durableId="195194117">
    <w:abstractNumId w:val="5"/>
  </w:num>
  <w:num w:numId="4" w16cid:durableId="891771295">
    <w:abstractNumId w:val="4"/>
  </w:num>
  <w:num w:numId="5" w16cid:durableId="338653778">
    <w:abstractNumId w:val="7"/>
  </w:num>
  <w:num w:numId="6" w16cid:durableId="1938362940">
    <w:abstractNumId w:val="3"/>
  </w:num>
  <w:num w:numId="7" w16cid:durableId="393547776">
    <w:abstractNumId w:val="2"/>
  </w:num>
  <w:num w:numId="8" w16cid:durableId="161357100">
    <w:abstractNumId w:val="1"/>
  </w:num>
  <w:num w:numId="9" w16cid:durableId="404452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3DE4"/>
    <w:rsid w:val="0006063C"/>
    <w:rsid w:val="00104E04"/>
    <w:rsid w:val="0012709F"/>
    <w:rsid w:val="0015074B"/>
    <w:rsid w:val="0029639D"/>
    <w:rsid w:val="00326F90"/>
    <w:rsid w:val="0047059E"/>
    <w:rsid w:val="004F062C"/>
    <w:rsid w:val="00525771"/>
    <w:rsid w:val="00545D8C"/>
    <w:rsid w:val="005824F9"/>
    <w:rsid w:val="0090117E"/>
    <w:rsid w:val="00AA1D8D"/>
    <w:rsid w:val="00AB3636"/>
    <w:rsid w:val="00B21728"/>
    <w:rsid w:val="00B47730"/>
    <w:rsid w:val="00BB2CF7"/>
    <w:rsid w:val="00BC2864"/>
    <w:rsid w:val="00CB0664"/>
    <w:rsid w:val="00E13A5A"/>
    <w:rsid w:val="00FC693F"/>
    <w:rsid w:val="00FE12E8"/>
    <w:rsid w:val="141A8548"/>
    <w:rsid w:val="1B4D7B94"/>
    <w:rsid w:val="1D791693"/>
    <w:rsid w:val="2DB17027"/>
    <w:rsid w:val="2F4228AE"/>
    <w:rsid w:val="4606C52F"/>
    <w:rsid w:val="5191EB12"/>
    <w:rsid w:val="5578CD82"/>
    <w:rsid w:val="682AC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EB049895-BC2D-41A4-B658-441B10444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0" w:line="240" w:lineRule="auto"/>
    </w:pPr>
    <w:rPr>
      <w:rFonts w:ascii="Arial" w:eastAsia="Arial" w:hAnsi="Arial"/>
      <w:sz w:val="16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eop">
    <w:name w:val="eop"/>
    <w:basedOn w:val="Carpredefinitoparagrafo"/>
    <w:rsid w:val="00E13A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962</Words>
  <Characters>5487</Characters>
  <Application>Microsoft Office Word</Application>
  <DocSecurity>4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Giulia Maggi</cp:lastModifiedBy>
  <cp:revision>2</cp:revision>
  <cp:lastPrinted>2026-09-24T15:59:00Z</cp:lastPrinted>
  <dcterms:created xsi:type="dcterms:W3CDTF">2026-09-25T12:01:00Z</dcterms:created>
  <dcterms:modified xsi:type="dcterms:W3CDTF">2026-09-25T12:01:00Z</dcterms:modified>
  <cp:category/>
</cp:coreProperties>
</file>